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65956" w14:textId="77777777" w:rsidR="00AB545A" w:rsidRDefault="00AB545A">
      <w:pPr>
        <w:jc w:val="center"/>
        <w:rPr>
          <w:b/>
          <w:sz w:val="32"/>
        </w:rPr>
      </w:pPr>
    </w:p>
    <w:p w14:paraId="505A6582" w14:textId="0519F12F" w:rsidR="00C2166D" w:rsidRDefault="00000000">
      <w:pPr>
        <w:jc w:val="center"/>
      </w:pPr>
      <w:r>
        <w:rPr>
          <w:b/>
          <w:sz w:val="32"/>
        </w:rPr>
        <w:t>Petition for Referendum Vote to the Three Affiliated Tribes</w:t>
      </w:r>
    </w:p>
    <w:p w14:paraId="36F4FB47" w14:textId="77777777" w:rsidR="00C2166D" w:rsidRDefault="00000000">
      <w:pPr>
        <w:jc w:val="both"/>
      </w:pPr>
      <w:r>
        <w:rPr>
          <w:sz w:val="26"/>
        </w:rPr>
        <w:t>We, the undersigned, hereby petition the Tribal Business Council to conduct a referendum vote on the proposed referendum herein pursuant to Article VIII of the Constitution and Bylaws of the Three Affiliated Tribes. By signing this petition, we certify that we are enrolled members of the Three Affiliated Tribes and eighteen (18) years of age or older and reside in the community indicated (New Town, Four Bears, Mandaree, Twin Buttes, White Shield, Parshall or Off-Reservation).</w:t>
      </w:r>
    </w:p>
    <w:p w14:paraId="6F589E78" w14:textId="77777777" w:rsidR="00C2166D" w:rsidRDefault="00000000">
      <w:pPr>
        <w:jc w:val="center"/>
      </w:pPr>
      <w:r>
        <w:rPr>
          <w:b/>
          <w:sz w:val="28"/>
        </w:rPr>
        <w:t>PROPOSED REFERENDUM</w:t>
      </w:r>
    </w:p>
    <w:p w14:paraId="35C44CF8" w14:textId="77079255" w:rsidR="00C2166D" w:rsidRPr="00BB6A3C" w:rsidRDefault="00000000" w:rsidP="00BB6A3C">
      <w:pPr>
        <w:pStyle w:val="ListParagraph"/>
        <w:numPr>
          <w:ilvl w:val="0"/>
          <w:numId w:val="10"/>
        </w:numPr>
        <w:spacing w:after="20"/>
        <w:jc w:val="both"/>
        <w:rPr>
          <w:bCs/>
          <w:i/>
          <w:iCs/>
          <w:sz w:val="24"/>
          <w:szCs w:val="24"/>
        </w:rPr>
      </w:pPr>
      <w:r w:rsidRPr="00BB6A3C">
        <w:rPr>
          <w:bCs/>
          <w:i/>
          <w:iCs/>
          <w:sz w:val="24"/>
          <w:szCs w:val="24"/>
        </w:rPr>
        <w:t>The Tribal Business Council hereby amends the People's Fund Distribution and Eligibility Plan approved by Resolution No. 14-112-VJB to require that at least twenty-five percent (25%) of all trust money received from the Tribe's natural resources be deposited into Nuxbaaga Iidaa Uuh Waa Zaah, Sahnis waalpsis, Aki numuk aki tawatesh sha geddish, commonly known as The People's Fund.</w:t>
      </w:r>
    </w:p>
    <w:p w14:paraId="00D14318" w14:textId="77777777" w:rsidR="00BB6A3C" w:rsidRPr="00BB6A3C" w:rsidRDefault="00BB6A3C" w:rsidP="00BB6A3C">
      <w:pPr>
        <w:pStyle w:val="ListParagraph"/>
        <w:spacing w:after="20"/>
        <w:ind w:left="648"/>
        <w:jc w:val="both"/>
        <w:rPr>
          <w:bCs/>
          <w:i/>
          <w:iCs/>
          <w:sz w:val="24"/>
          <w:szCs w:val="24"/>
        </w:rPr>
      </w:pPr>
    </w:p>
    <w:p w14:paraId="46C984CF" w14:textId="76EC79D0" w:rsidR="00C2166D" w:rsidRPr="00BB6A3C" w:rsidRDefault="00000000" w:rsidP="00BB6A3C">
      <w:pPr>
        <w:pStyle w:val="ListParagraph"/>
        <w:numPr>
          <w:ilvl w:val="0"/>
          <w:numId w:val="10"/>
        </w:numPr>
        <w:spacing w:after="20"/>
        <w:jc w:val="both"/>
        <w:rPr>
          <w:bCs/>
          <w:i/>
          <w:iCs/>
          <w:sz w:val="24"/>
          <w:szCs w:val="24"/>
        </w:rPr>
      </w:pPr>
      <w:r w:rsidRPr="00BB6A3C">
        <w:rPr>
          <w:bCs/>
          <w:i/>
          <w:iCs/>
          <w:sz w:val="24"/>
          <w:szCs w:val="24"/>
        </w:rPr>
        <w:t>Beginning on the effective date of this referendum, at least twenty-five percent (25%) of all trust money received from the Tribe's natural resources shall be deposited into The People's Fund before such trust money is expended, transferred, pledged, encumbered, or otherwise used for any other tribal purpose.</w:t>
      </w:r>
    </w:p>
    <w:p w14:paraId="3943BE68" w14:textId="77777777" w:rsidR="00BB6A3C" w:rsidRPr="00BB6A3C" w:rsidRDefault="00BB6A3C" w:rsidP="00BB6A3C">
      <w:pPr>
        <w:spacing w:after="20"/>
        <w:jc w:val="both"/>
        <w:rPr>
          <w:bCs/>
          <w:i/>
          <w:iCs/>
          <w:sz w:val="24"/>
          <w:szCs w:val="24"/>
        </w:rPr>
      </w:pPr>
    </w:p>
    <w:p w14:paraId="3BF8D450" w14:textId="7FEB5C52" w:rsidR="00C2166D" w:rsidRPr="00BB6A3C" w:rsidRDefault="00000000" w:rsidP="00BB6A3C">
      <w:pPr>
        <w:pStyle w:val="ListParagraph"/>
        <w:numPr>
          <w:ilvl w:val="0"/>
          <w:numId w:val="10"/>
        </w:numPr>
        <w:spacing w:after="20"/>
        <w:jc w:val="both"/>
        <w:rPr>
          <w:bCs/>
          <w:i/>
          <w:iCs/>
          <w:sz w:val="24"/>
          <w:szCs w:val="24"/>
        </w:rPr>
      </w:pPr>
      <w:r w:rsidRPr="00BB6A3C">
        <w:rPr>
          <w:bCs/>
          <w:i/>
          <w:iCs/>
          <w:sz w:val="24"/>
          <w:szCs w:val="24"/>
        </w:rPr>
        <w:t>For purposes of this referendum, 'trust money received from the Tribe's natural resources' means all money received by, for, or on behalf of the Tribe and managed by or flowing through the Bureau of Trust Funds Administration, the Office of Trust Funds Management, the Bureau of Indian Affairs, any successor federal trust office, or the Tribe's Bank of North Dakota account that receives trust monies, arising from tribal lands, minerals, oil, gas, water, grazing, pasture, farm, agricultural, right-of-way, easement, surface use, settlement, escrow, bonus, royalty, tax, lease, permit, license, or other natural-resource-related sources.</w:t>
      </w:r>
    </w:p>
    <w:p w14:paraId="3A9EFA0B" w14:textId="77777777" w:rsidR="00BB6A3C" w:rsidRPr="00BB6A3C" w:rsidRDefault="00BB6A3C" w:rsidP="00BB6A3C">
      <w:pPr>
        <w:spacing w:after="20"/>
        <w:jc w:val="both"/>
        <w:rPr>
          <w:bCs/>
          <w:i/>
          <w:iCs/>
          <w:sz w:val="24"/>
          <w:szCs w:val="24"/>
        </w:rPr>
      </w:pPr>
    </w:p>
    <w:p w14:paraId="53F5D61B" w14:textId="75C47F86" w:rsidR="00C2166D" w:rsidRPr="00BB6A3C" w:rsidRDefault="00000000" w:rsidP="00BB6A3C">
      <w:pPr>
        <w:pStyle w:val="ListParagraph"/>
        <w:numPr>
          <w:ilvl w:val="0"/>
          <w:numId w:val="10"/>
        </w:numPr>
        <w:spacing w:after="20"/>
        <w:jc w:val="both"/>
        <w:rPr>
          <w:bCs/>
          <w:i/>
          <w:iCs/>
          <w:sz w:val="24"/>
          <w:szCs w:val="24"/>
        </w:rPr>
      </w:pPr>
      <w:r w:rsidRPr="00BB6A3C">
        <w:rPr>
          <w:bCs/>
          <w:i/>
          <w:iCs/>
          <w:sz w:val="24"/>
          <w:szCs w:val="24"/>
        </w:rPr>
        <w:t>The required twenty-five percent (25%) deposit shall be calculated from gross trust money received before discretionary expenditure, transfer, pledge, encumbrance, or other use, excluding only amounts that federal law, binding trust restrictions, court order, or written settlement terms expressly prohibit from being deposited into The People's Fund.</w:t>
      </w:r>
    </w:p>
    <w:p w14:paraId="69C2EB29" w14:textId="77777777" w:rsidR="00BB6A3C" w:rsidRPr="00BB6A3C" w:rsidRDefault="00BB6A3C" w:rsidP="00BB6A3C">
      <w:pPr>
        <w:spacing w:after="20"/>
        <w:jc w:val="both"/>
        <w:rPr>
          <w:bCs/>
          <w:i/>
          <w:iCs/>
          <w:sz w:val="24"/>
          <w:szCs w:val="24"/>
        </w:rPr>
      </w:pPr>
    </w:p>
    <w:p w14:paraId="162E48BC" w14:textId="319687C0" w:rsidR="00BB6A3C" w:rsidRDefault="00000000" w:rsidP="00BB6A3C">
      <w:pPr>
        <w:pStyle w:val="ListParagraph"/>
        <w:numPr>
          <w:ilvl w:val="0"/>
          <w:numId w:val="10"/>
        </w:numPr>
        <w:spacing w:after="20"/>
        <w:jc w:val="both"/>
        <w:rPr>
          <w:bCs/>
          <w:i/>
          <w:iCs/>
          <w:sz w:val="24"/>
          <w:szCs w:val="24"/>
        </w:rPr>
      </w:pPr>
      <w:r w:rsidRPr="00BB6A3C">
        <w:rPr>
          <w:bCs/>
          <w:i/>
          <w:iCs/>
          <w:sz w:val="24"/>
          <w:szCs w:val="24"/>
        </w:rPr>
        <w:t>All amounts deposited into The People's Fund under this referendum shall become part of The People's Fund principal or corpus and shall be held, invested, administered, and distributed for the benefit of present and future generations according to the People's Fund Distribution and Eligibility Plan, as amended.</w:t>
      </w:r>
    </w:p>
    <w:p w14:paraId="31F79EF4" w14:textId="77777777" w:rsidR="00BB6A3C" w:rsidRPr="00BB6A3C" w:rsidRDefault="00BB6A3C" w:rsidP="00BB6A3C">
      <w:pPr>
        <w:pStyle w:val="ListParagraph"/>
        <w:rPr>
          <w:bCs/>
          <w:i/>
          <w:iCs/>
          <w:sz w:val="24"/>
          <w:szCs w:val="24"/>
        </w:rPr>
      </w:pPr>
    </w:p>
    <w:p w14:paraId="6E9DACB5" w14:textId="77777777" w:rsidR="00BB6A3C" w:rsidRDefault="00BB6A3C" w:rsidP="00BB6A3C">
      <w:pPr>
        <w:pStyle w:val="ListParagraph"/>
        <w:spacing w:after="20"/>
        <w:ind w:left="648"/>
        <w:jc w:val="both"/>
        <w:rPr>
          <w:bCs/>
          <w:i/>
          <w:iCs/>
          <w:sz w:val="24"/>
          <w:szCs w:val="24"/>
        </w:rPr>
      </w:pPr>
    </w:p>
    <w:p w14:paraId="070D0AF3" w14:textId="77777777" w:rsidR="00BB6A3C" w:rsidRDefault="00BB6A3C" w:rsidP="00BB6A3C">
      <w:pPr>
        <w:pStyle w:val="ListParagraph"/>
        <w:spacing w:after="20"/>
        <w:ind w:left="648"/>
        <w:jc w:val="both"/>
        <w:rPr>
          <w:bCs/>
          <w:i/>
          <w:iCs/>
          <w:sz w:val="24"/>
          <w:szCs w:val="24"/>
        </w:rPr>
      </w:pPr>
    </w:p>
    <w:p w14:paraId="66D13691" w14:textId="77777777" w:rsidR="00BB6A3C" w:rsidRDefault="00BB6A3C" w:rsidP="00BB6A3C">
      <w:pPr>
        <w:pStyle w:val="ListParagraph"/>
        <w:spacing w:after="20"/>
        <w:ind w:left="648"/>
        <w:jc w:val="both"/>
        <w:rPr>
          <w:bCs/>
          <w:i/>
          <w:iCs/>
          <w:sz w:val="24"/>
          <w:szCs w:val="24"/>
        </w:rPr>
      </w:pPr>
    </w:p>
    <w:p w14:paraId="14AC8264" w14:textId="77777777" w:rsidR="00BB6A3C" w:rsidRPr="00BB6A3C" w:rsidRDefault="00BB6A3C" w:rsidP="00BB6A3C">
      <w:pPr>
        <w:pStyle w:val="ListParagraph"/>
        <w:spacing w:after="20"/>
        <w:ind w:left="648"/>
        <w:jc w:val="both"/>
        <w:rPr>
          <w:bCs/>
          <w:i/>
          <w:iCs/>
          <w:sz w:val="24"/>
          <w:szCs w:val="24"/>
        </w:rPr>
      </w:pPr>
    </w:p>
    <w:p w14:paraId="08387E3F" w14:textId="16125698" w:rsidR="00C2166D" w:rsidRPr="00BB6A3C" w:rsidRDefault="00000000" w:rsidP="00BB6A3C">
      <w:pPr>
        <w:pStyle w:val="ListParagraph"/>
        <w:numPr>
          <w:ilvl w:val="0"/>
          <w:numId w:val="10"/>
        </w:numPr>
        <w:spacing w:after="20"/>
        <w:jc w:val="both"/>
        <w:rPr>
          <w:bCs/>
          <w:i/>
          <w:iCs/>
          <w:sz w:val="24"/>
          <w:szCs w:val="24"/>
        </w:rPr>
      </w:pPr>
      <w:r w:rsidRPr="00BB6A3C">
        <w:rPr>
          <w:bCs/>
          <w:i/>
          <w:iCs/>
          <w:sz w:val="24"/>
          <w:szCs w:val="24"/>
        </w:rPr>
        <w:t>Except for distributions authorized under the People's Fund Distribution and Eligibility Plan, principal deposited into The People's Fund under this referendum shall not be used, withdrawn, transferred out of the trust account holding the funds, pledged, encumbered, or expended for any purpose unless authorized by a subsequent substantive amendment approved by referendum vote.</w:t>
      </w:r>
    </w:p>
    <w:p w14:paraId="27D0F34B" w14:textId="77777777" w:rsidR="00BB6A3C" w:rsidRPr="00BB6A3C" w:rsidRDefault="00BB6A3C" w:rsidP="00BB6A3C">
      <w:pPr>
        <w:pStyle w:val="ListParagraph"/>
        <w:spacing w:after="20"/>
        <w:ind w:left="648"/>
        <w:jc w:val="both"/>
        <w:rPr>
          <w:bCs/>
          <w:i/>
          <w:iCs/>
          <w:sz w:val="24"/>
          <w:szCs w:val="24"/>
        </w:rPr>
      </w:pPr>
    </w:p>
    <w:p w14:paraId="7A4FED22" w14:textId="260D1963" w:rsidR="00C2166D" w:rsidRPr="00BB6A3C" w:rsidRDefault="00000000" w:rsidP="00BB6A3C">
      <w:pPr>
        <w:pStyle w:val="ListParagraph"/>
        <w:numPr>
          <w:ilvl w:val="0"/>
          <w:numId w:val="10"/>
        </w:numPr>
        <w:spacing w:after="20"/>
        <w:jc w:val="both"/>
        <w:rPr>
          <w:bCs/>
          <w:i/>
          <w:iCs/>
          <w:sz w:val="24"/>
          <w:szCs w:val="24"/>
        </w:rPr>
      </w:pPr>
      <w:r w:rsidRPr="00BB6A3C">
        <w:rPr>
          <w:bCs/>
          <w:i/>
          <w:iCs/>
          <w:sz w:val="24"/>
          <w:szCs w:val="24"/>
        </w:rPr>
        <w:t>The twenty-five percent (25%) requirement is a mandatory minimum. The Tribal Business Council, the people by referendum, or any authorized tribal body may deposit a greater percentage, including up to one hundred percent (100%), of any trust money received from the Tribe's natural resources into The People's Fund.</w:t>
      </w:r>
    </w:p>
    <w:p w14:paraId="330370DA" w14:textId="77777777" w:rsidR="00BB6A3C" w:rsidRPr="00BB6A3C" w:rsidRDefault="00BB6A3C" w:rsidP="00BB6A3C">
      <w:pPr>
        <w:spacing w:after="20"/>
        <w:jc w:val="both"/>
        <w:rPr>
          <w:bCs/>
          <w:i/>
          <w:iCs/>
          <w:sz w:val="24"/>
          <w:szCs w:val="24"/>
        </w:rPr>
      </w:pPr>
    </w:p>
    <w:p w14:paraId="67491EAB" w14:textId="5B7A2087" w:rsidR="00C2166D" w:rsidRPr="00BB6A3C" w:rsidRDefault="00000000" w:rsidP="00BB6A3C">
      <w:pPr>
        <w:pStyle w:val="ListParagraph"/>
        <w:numPr>
          <w:ilvl w:val="0"/>
          <w:numId w:val="10"/>
        </w:numPr>
        <w:spacing w:after="20"/>
        <w:jc w:val="both"/>
        <w:rPr>
          <w:bCs/>
          <w:i/>
          <w:iCs/>
          <w:sz w:val="24"/>
          <w:szCs w:val="24"/>
        </w:rPr>
      </w:pPr>
      <w:r w:rsidRPr="00BB6A3C">
        <w:rPr>
          <w:bCs/>
          <w:i/>
          <w:iCs/>
          <w:sz w:val="24"/>
          <w:szCs w:val="24"/>
        </w:rPr>
        <w:t>The Tribal Treasurer, Chief Financial Officer, People's Fund Administrator, and any other responsible tribal official shall maintain a separate accounting of all natural-resource trust money received and all deposits required by this referendum, including the source, date received or credited, gross amount received, amount deposited into The People's Fund, and any legal restriction or exclusion claimed. A written annual report confirming compliance shall be provided to the Tribal Business Council and tribal membership.</w:t>
      </w:r>
    </w:p>
    <w:p w14:paraId="19F4B2C0" w14:textId="77777777" w:rsidR="00BB6A3C" w:rsidRPr="00BB6A3C" w:rsidRDefault="00BB6A3C" w:rsidP="00BB6A3C">
      <w:pPr>
        <w:spacing w:after="20"/>
        <w:jc w:val="both"/>
        <w:rPr>
          <w:bCs/>
          <w:i/>
          <w:iCs/>
          <w:sz w:val="24"/>
          <w:szCs w:val="24"/>
        </w:rPr>
      </w:pPr>
    </w:p>
    <w:p w14:paraId="7B2A86EB" w14:textId="77777777" w:rsidR="00C2166D" w:rsidRPr="00BB6A3C" w:rsidRDefault="00000000">
      <w:pPr>
        <w:spacing w:after="20"/>
        <w:ind w:left="648" w:hanging="360"/>
        <w:jc w:val="both"/>
        <w:rPr>
          <w:bCs/>
          <w:i/>
          <w:iCs/>
          <w:sz w:val="24"/>
          <w:szCs w:val="24"/>
        </w:rPr>
      </w:pPr>
      <w:r w:rsidRPr="00BB6A3C">
        <w:rPr>
          <w:bCs/>
          <w:i/>
          <w:iCs/>
          <w:sz w:val="24"/>
          <w:szCs w:val="24"/>
        </w:rPr>
        <w:t>9.</w:t>
      </w:r>
      <w:r w:rsidRPr="00BB6A3C">
        <w:rPr>
          <w:bCs/>
          <w:i/>
          <w:iCs/>
          <w:sz w:val="24"/>
          <w:szCs w:val="24"/>
        </w:rPr>
        <w:tab/>
        <w:t>This referendum shall take effect immediately upon approval and shall apply to all trust money received from the Tribe's natural resources on or after the effective date, and to any such money received before the effective date that remains unexpended, unencumbered, and legally available for deposit into The People's Fund.</w:t>
      </w:r>
    </w:p>
    <w:p w14:paraId="38839A51" w14:textId="77777777" w:rsidR="00C2166D" w:rsidRDefault="00000000">
      <w:pPr>
        <w:jc w:val="center"/>
      </w:pPr>
      <w:r>
        <w:rPr>
          <w:b/>
          <w:sz w:val="28"/>
        </w:rPr>
        <w:t>SIGNATURES FOR PETITION</w:t>
      </w:r>
    </w:p>
    <w:p w14:paraId="2BC3F496" w14:textId="1464D800" w:rsidR="00C2166D" w:rsidRDefault="00BB6A3C">
      <w:pPr>
        <w:tabs>
          <w:tab w:val="left" w:pos="2592"/>
          <w:tab w:val="left" w:pos="4608"/>
          <w:tab w:val="left" w:pos="7200"/>
          <w:tab w:val="left" w:pos="10368"/>
          <w:tab w:val="left" w:pos="13392"/>
        </w:tabs>
      </w:pPr>
      <w:r>
        <w:rPr>
          <w:b/>
          <w:sz w:val="24"/>
        </w:rPr>
        <w:t xml:space="preserve">           </w:t>
      </w:r>
      <w:r w:rsidR="00000000">
        <w:rPr>
          <w:b/>
          <w:sz w:val="24"/>
        </w:rPr>
        <w:t>PRINT NAME</w:t>
      </w:r>
      <w:r w:rsidR="00000000">
        <w:rPr>
          <w:b/>
          <w:sz w:val="24"/>
        </w:rPr>
        <w:tab/>
        <w:t>DATE (mm/dd/</w:t>
      </w:r>
      <w:proofErr w:type="spellStart"/>
      <w:r w:rsidR="00000000">
        <w:rPr>
          <w:b/>
          <w:sz w:val="24"/>
        </w:rPr>
        <w:t>yy</w:t>
      </w:r>
      <w:proofErr w:type="spellEnd"/>
      <w:r w:rsidR="00000000">
        <w:rPr>
          <w:b/>
          <w:sz w:val="24"/>
        </w:rPr>
        <w:t>)</w:t>
      </w:r>
      <w:r w:rsidR="00000000">
        <w:rPr>
          <w:b/>
          <w:sz w:val="24"/>
        </w:rPr>
        <w:tab/>
      </w:r>
      <w:r>
        <w:rPr>
          <w:b/>
          <w:sz w:val="24"/>
        </w:rPr>
        <w:t xml:space="preserve">         </w:t>
      </w:r>
      <w:r w:rsidR="00000000">
        <w:rPr>
          <w:b/>
          <w:sz w:val="24"/>
        </w:rPr>
        <w:t>COMMUNITY</w:t>
      </w:r>
      <w:r>
        <w:rPr>
          <w:b/>
          <w:sz w:val="24"/>
        </w:rPr>
        <w:t xml:space="preserve">          </w:t>
      </w:r>
      <w:r w:rsidR="00000000">
        <w:rPr>
          <w:b/>
          <w:sz w:val="24"/>
        </w:rPr>
        <w:t>TELEPHONE NUMBER</w:t>
      </w:r>
      <w:r>
        <w:rPr>
          <w:b/>
          <w:sz w:val="24"/>
        </w:rPr>
        <w:t xml:space="preserve">                  </w:t>
      </w:r>
      <w:r w:rsidR="00000000">
        <w:rPr>
          <w:b/>
          <w:sz w:val="24"/>
        </w:rPr>
        <w:t>SIGNATURE</w:t>
      </w:r>
    </w:p>
    <w:p w14:paraId="178AEC32" w14:textId="77777777" w:rsidR="00C2166D" w:rsidRDefault="00000000" w:rsidP="00BB6A3C">
      <w:pPr>
        <w:tabs>
          <w:tab w:val="left" w:pos="403"/>
        </w:tabs>
        <w:spacing w:after="100" w:line="480" w:lineRule="auto"/>
      </w:pPr>
      <w:r>
        <w:t>1.</w:t>
      </w:r>
      <w:r>
        <w:tab/>
        <w:t>______________________________________________________________________________________________________________________</w:t>
      </w:r>
    </w:p>
    <w:p w14:paraId="4793FB80" w14:textId="77777777" w:rsidR="00C2166D" w:rsidRDefault="00000000" w:rsidP="00BB6A3C">
      <w:pPr>
        <w:tabs>
          <w:tab w:val="left" w:pos="403"/>
        </w:tabs>
        <w:spacing w:after="100" w:line="480" w:lineRule="auto"/>
      </w:pPr>
      <w:r>
        <w:t>2.</w:t>
      </w:r>
      <w:r>
        <w:tab/>
        <w:t>______________________________________________________________________________________________________________________</w:t>
      </w:r>
    </w:p>
    <w:p w14:paraId="13244654" w14:textId="77777777" w:rsidR="00C2166D" w:rsidRDefault="00000000" w:rsidP="00BB6A3C">
      <w:pPr>
        <w:tabs>
          <w:tab w:val="left" w:pos="403"/>
        </w:tabs>
        <w:spacing w:after="100" w:line="480" w:lineRule="auto"/>
      </w:pPr>
      <w:r>
        <w:t>3.</w:t>
      </w:r>
      <w:r>
        <w:tab/>
        <w:t>______________________________________________________________________________________________________________________</w:t>
      </w:r>
    </w:p>
    <w:p w14:paraId="71AABC69" w14:textId="77777777" w:rsidR="00C2166D" w:rsidRDefault="00000000" w:rsidP="00BB6A3C">
      <w:pPr>
        <w:tabs>
          <w:tab w:val="left" w:pos="403"/>
        </w:tabs>
        <w:spacing w:after="100" w:line="480" w:lineRule="auto"/>
      </w:pPr>
      <w:r>
        <w:t>4.</w:t>
      </w:r>
      <w:r>
        <w:tab/>
        <w:t>______________________________________________________________________________________________________________________</w:t>
      </w:r>
    </w:p>
    <w:p w14:paraId="3E0AF551" w14:textId="77777777" w:rsidR="00C2166D" w:rsidRDefault="00000000" w:rsidP="00BB6A3C">
      <w:pPr>
        <w:tabs>
          <w:tab w:val="left" w:pos="403"/>
        </w:tabs>
        <w:spacing w:after="100" w:line="480" w:lineRule="auto"/>
      </w:pPr>
      <w:r>
        <w:t>5.</w:t>
      </w:r>
      <w:r>
        <w:tab/>
        <w:t>______________________________________________________________________________________________________________________</w:t>
      </w:r>
    </w:p>
    <w:p w14:paraId="3F349F65" w14:textId="0E9FCFD1" w:rsidR="00C2166D" w:rsidRDefault="00000000" w:rsidP="00BB6A3C">
      <w:pPr>
        <w:tabs>
          <w:tab w:val="left" w:pos="403"/>
        </w:tabs>
        <w:spacing w:after="100" w:line="480" w:lineRule="auto"/>
      </w:pPr>
      <w:r>
        <w:t>6.</w:t>
      </w:r>
      <w:r>
        <w:tab/>
        <w:t>_____________________________________________________________________________________________________________________</w:t>
      </w:r>
    </w:p>
    <w:p w14:paraId="075AA904" w14:textId="77777777" w:rsidR="00BB6A3C" w:rsidRDefault="00BB6A3C" w:rsidP="00BB6A3C">
      <w:pPr>
        <w:jc w:val="center"/>
        <w:rPr>
          <w:b/>
          <w:sz w:val="28"/>
        </w:rPr>
      </w:pPr>
    </w:p>
    <w:p w14:paraId="7A1132BA" w14:textId="5EE16132" w:rsidR="00BB6A3C" w:rsidRDefault="00BB6A3C" w:rsidP="00BB6A3C">
      <w:pPr>
        <w:jc w:val="center"/>
      </w:pPr>
      <w:r>
        <w:rPr>
          <w:b/>
          <w:sz w:val="28"/>
        </w:rPr>
        <w:t>SIGNATURES FOR PETITION</w:t>
      </w:r>
    </w:p>
    <w:p w14:paraId="00D3F818" w14:textId="77777777" w:rsidR="00BB6A3C" w:rsidRDefault="00BB6A3C" w:rsidP="00BB6A3C">
      <w:pPr>
        <w:tabs>
          <w:tab w:val="left" w:pos="2592"/>
          <w:tab w:val="left" w:pos="4608"/>
          <w:tab w:val="left" w:pos="7200"/>
          <w:tab w:val="left" w:pos="10368"/>
          <w:tab w:val="left" w:pos="13392"/>
        </w:tabs>
      </w:pPr>
      <w:r>
        <w:rPr>
          <w:b/>
          <w:sz w:val="24"/>
        </w:rPr>
        <w:t xml:space="preserve">           PRINT NAME</w:t>
      </w:r>
      <w:r>
        <w:rPr>
          <w:b/>
          <w:sz w:val="24"/>
        </w:rPr>
        <w:tab/>
        <w:t>DATE (mm/dd/</w:t>
      </w:r>
      <w:proofErr w:type="spellStart"/>
      <w:r>
        <w:rPr>
          <w:b/>
          <w:sz w:val="24"/>
        </w:rPr>
        <w:t>yy</w:t>
      </w:r>
      <w:proofErr w:type="spellEnd"/>
      <w:r>
        <w:rPr>
          <w:b/>
          <w:sz w:val="24"/>
        </w:rPr>
        <w:t>)</w:t>
      </w:r>
      <w:r>
        <w:rPr>
          <w:b/>
          <w:sz w:val="24"/>
        </w:rPr>
        <w:tab/>
        <w:t xml:space="preserve">         COMMUNITY          TELEPHONE NUMBER                  SIGNATURE</w:t>
      </w:r>
    </w:p>
    <w:p w14:paraId="06B67ACE" w14:textId="77777777" w:rsidR="00AB545A" w:rsidRDefault="00AB545A" w:rsidP="00BB6A3C">
      <w:pPr>
        <w:tabs>
          <w:tab w:val="left" w:pos="403"/>
        </w:tabs>
        <w:spacing w:after="100" w:line="480" w:lineRule="auto"/>
      </w:pPr>
      <w:r>
        <w:t>7</w:t>
      </w:r>
      <w:r w:rsidR="00000000">
        <w:t>.</w:t>
      </w:r>
      <w:r w:rsidR="00000000">
        <w:tab/>
        <w:t>______________________________________________________________________________________________________________________</w:t>
      </w:r>
    </w:p>
    <w:p w14:paraId="37088ED6" w14:textId="775D86CC" w:rsidR="00C2166D" w:rsidRDefault="00AB545A" w:rsidP="00BB6A3C">
      <w:pPr>
        <w:tabs>
          <w:tab w:val="left" w:pos="403"/>
        </w:tabs>
        <w:spacing w:after="100" w:line="480" w:lineRule="auto"/>
      </w:pPr>
      <w:r>
        <w:t>8</w:t>
      </w:r>
      <w:r w:rsidR="00000000">
        <w:t>.</w:t>
      </w:r>
      <w:r w:rsidR="00000000">
        <w:tab/>
        <w:t>______________________________________________________________________________________________________________________</w:t>
      </w:r>
    </w:p>
    <w:p w14:paraId="5E5C8088" w14:textId="05047B97" w:rsidR="00C2166D" w:rsidRDefault="00AB545A" w:rsidP="00BB6A3C">
      <w:pPr>
        <w:tabs>
          <w:tab w:val="left" w:pos="403"/>
        </w:tabs>
        <w:spacing w:after="100" w:line="480" w:lineRule="auto"/>
      </w:pPr>
      <w:r>
        <w:t>9</w:t>
      </w:r>
      <w:r w:rsidR="00000000">
        <w:t>.</w:t>
      </w:r>
      <w:r w:rsidR="00000000">
        <w:tab/>
        <w:t>______________________________________________________________________________________________________________________</w:t>
      </w:r>
    </w:p>
    <w:p w14:paraId="7A51452C" w14:textId="36F1C5A0" w:rsidR="00C2166D" w:rsidRDefault="00000000" w:rsidP="00BB6A3C">
      <w:pPr>
        <w:tabs>
          <w:tab w:val="left" w:pos="403"/>
        </w:tabs>
        <w:spacing w:after="100" w:line="480" w:lineRule="auto"/>
      </w:pPr>
      <w:r>
        <w:t>1</w:t>
      </w:r>
      <w:r w:rsidR="00AB545A">
        <w:t>0</w:t>
      </w:r>
      <w:r>
        <w:t>.</w:t>
      </w:r>
      <w:r>
        <w:tab/>
        <w:t>______________________________________________________________________________________________________________________</w:t>
      </w:r>
    </w:p>
    <w:p w14:paraId="1AD7AF42" w14:textId="0A0701FA" w:rsidR="00C2166D" w:rsidRDefault="00000000" w:rsidP="00BB6A3C">
      <w:pPr>
        <w:tabs>
          <w:tab w:val="left" w:pos="403"/>
        </w:tabs>
        <w:spacing w:after="100" w:line="480" w:lineRule="auto"/>
      </w:pPr>
      <w:r>
        <w:t>1</w:t>
      </w:r>
      <w:r w:rsidR="00AB545A">
        <w:t>1</w:t>
      </w:r>
      <w:r>
        <w:t>.</w:t>
      </w:r>
      <w:r>
        <w:tab/>
        <w:t>______________________________________________________________________________________________________________________</w:t>
      </w:r>
    </w:p>
    <w:p w14:paraId="5F6B3DA2" w14:textId="3B14A5E6" w:rsidR="00C2166D" w:rsidRDefault="00000000" w:rsidP="00BB6A3C">
      <w:pPr>
        <w:tabs>
          <w:tab w:val="left" w:pos="403"/>
        </w:tabs>
        <w:spacing w:after="100" w:line="480" w:lineRule="auto"/>
      </w:pPr>
      <w:r>
        <w:t>1</w:t>
      </w:r>
      <w:r w:rsidR="00AB545A">
        <w:t>2</w:t>
      </w:r>
      <w:r>
        <w:t>.</w:t>
      </w:r>
      <w:r>
        <w:tab/>
        <w:t>______________________________________________________________________________________________________________________</w:t>
      </w:r>
    </w:p>
    <w:p w14:paraId="302854B5" w14:textId="3DC62973" w:rsidR="00C2166D" w:rsidRDefault="00000000" w:rsidP="00BB6A3C">
      <w:pPr>
        <w:tabs>
          <w:tab w:val="left" w:pos="403"/>
        </w:tabs>
        <w:spacing w:after="100" w:line="480" w:lineRule="auto"/>
      </w:pPr>
      <w:r>
        <w:t>1</w:t>
      </w:r>
      <w:r w:rsidR="00AB545A">
        <w:t>3</w:t>
      </w:r>
      <w:r>
        <w:t>.</w:t>
      </w:r>
      <w:r>
        <w:tab/>
        <w:t>______________________________________________________________________________________________________________________</w:t>
      </w:r>
    </w:p>
    <w:p w14:paraId="164669F7" w14:textId="4F815747" w:rsidR="00C2166D" w:rsidRDefault="00000000" w:rsidP="00BB6A3C">
      <w:pPr>
        <w:tabs>
          <w:tab w:val="left" w:pos="403"/>
        </w:tabs>
        <w:spacing w:after="100" w:line="480" w:lineRule="auto"/>
      </w:pPr>
      <w:r>
        <w:t>1</w:t>
      </w:r>
      <w:r w:rsidR="00AB545A">
        <w:t>4</w:t>
      </w:r>
      <w:r>
        <w:t>.</w:t>
      </w:r>
      <w:r>
        <w:tab/>
        <w:t>______________________________________________________________________________________________________________________</w:t>
      </w:r>
    </w:p>
    <w:p w14:paraId="265BE3C7" w14:textId="42DE46B2" w:rsidR="00C2166D" w:rsidRDefault="00000000" w:rsidP="00BB6A3C">
      <w:pPr>
        <w:tabs>
          <w:tab w:val="left" w:pos="403"/>
        </w:tabs>
        <w:spacing w:after="100" w:line="480" w:lineRule="auto"/>
      </w:pPr>
      <w:r>
        <w:t>1</w:t>
      </w:r>
      <w:r w:rsidR="00AB545A">
        <w:t>5</w:t>
      </w:r>
      <w:r>
        <w:t>.</w:t>
      </w:r>
      <w:r>
        <w:tab/>
        <w:t>______________________________________________________________________________________________________________________</w:t>
      </w:r>
    </w:p>
    <w:p w14:paraId="2E3E01DE" w14:textId="2990162D" w:rsidR="00C2166D" w:rsidRDefault="00000000" w:rsidP="00BB6A3C">
      <w:pPr>
        <w:tabs>
          <w:tab w:val="left" w:pos="403"/>
        </w:tabs>
        <w:spacing w:after="100" w:line="480" w:lineRule="auto"/>
      </w:pPr>
      <w:r>
        <w:t>1</w:t>
      </w:r>
      <w:r w:rsidR="00AB545A">
        <w:t>6</w:t>
      </w:r>
      <w:r>
        <w:t>.</w:t>
      </w:r>
      <w:r>
        <w:tab/>
        <w:t>______________________________________________________________________________________________________________________</w:t>
      </w:r>
    </w:p>
    <w:p w14:paraId="1BDA5A72" w14:textId="442797DF" w:rsidR="00C2166D" w:rsidRDefault="00000000" w:rsidP="00BB6A3C">
      <w:pPr>
        <w:tabs>
          <w:tab w:val="left" w:pos="403"/>
        </w:tabs>
        <w:spacing w:after="100" w:line="480" w:lineRule="auto"/>
      </w:pPr>
      <w:r>
        <w:t>1</w:t>
      </w:r>
      <w:r w:rsidR="00AB545A">
        <w:t>7</w:t>
      </w:r>
      <w:r>
        <w:t>.</w:t>
      </w:r>
      <w:r>
        <w:tab/>
        <w:t>______________________________________________________________________________________________________________________</w:t>
      </w:r>
    </w:p>
    <w:p w14:paraId="22CC951E" w14:textId="3F0986DA" w:rsidR="00C2166D" w:rsidRDefault="00000000" w:rsidP="00BB6A3C">
      <w:pPr>
        <w:tabs>
          <w:tab w:val="left" w:pos="403"/>
        </w:tabs>
        <w:spacing w:after="100" w:line="480" w:lineRule="auto"/>
      </w:pPr>
      <w:r>
        <w:t>1</w:t>
      </w:r>
      <w:r w:rsidR="00AB545A">
        <w:t>8</w:t>
      </w:r>
      <w:r>
        <w:t>.</w:t>
      </w:r>
      <w:r>
        <w:tab/>
        <w:t>______________________________________________________________________________________________________________________</w:t>
      </w:r>
    </w:p>
    <w:p w14:paraId="1D81613D" w14:textId="27EF2C9F" w:rsidR="00C2166D" w:rsidRDefault="00AB545A" w:rsidP="00BB6A3C">
      <w:pPr>
        <w:tabs>
          <w:tab w:val="left" w:pos="403"/>
        </w:tabs>
        <w:spacing w:after="100" w:line="480" w:lineRule="auto"/>
      </w:pPr>
      <w:r>
        <w:t>19</w:t>
      </w:r>
      <w:r w:rsidR="00000000">
        <w:t>.</w:t>
      </w:r>
      <w:r w:rsidR="00000000">
        <w:tab/>
        <w:t>______________________________________________________________________________________________________________________</w:t>
      </w:r>
    </w:p>
    <w:p w14:paraId="077C23A0" w14:textId="279336D9" w:rsidR="00C2166D" w:rsidRDefault="00000000" w:rsidP="00BB6A3C">
      <w:pPr>
        <w:tabs>
          <w:tab w:val="left" w:pos="403"/>
        </w:tabs>
        <w:spacing w:after="100" w:line="480" w:lineRule="auto"/>
      </w:pPr>
      <w:r>
        <w:t>2</w:t>
      </w:r>
      <w:r w:rsidR="00AB545A">
        <w:t>0</w:t>
      </w:r>
      <w:r>
        <w:t>.</w:t>
      </w:r>
      <w:r>
        <w:tab/>
        <w:t>______________________________________________________________________________________________________________________</w:t>
      </w:r>
    </w:p>
    <w:p w14:paraId="406F6906" w14:textId="6A84A27F" w:rsidR="00C2166D" w:rsidRDefault="00C2166D" w:rsidP="00BB6A3C">
      <w:pPr>
        <w:spacing w:line="480" w:lineRule="auto"/>
      </w:pPr>
    </w:p>
    <w:sectPr w:rsidR="00C2166D" w:rsidSect="00034616">
      <w:footerReference w:type="default" r:id="rId8"/>
      <w:pgSz w:w="15840" w:h="12240" w:orient="landscape"/>
      <w:pgMar w:top="504" w:right="720" w:bottom="50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1CC1C" w14:textId="77777777" w:rsidR="00041D8C" w:rsidRDefault="00041D8C">
      <w:pPr>
        <w:spacing w:after="0" w:line="240" w:lineRule="auto"/>
      </w:pPr>
      <w:r>
        <w:separator/>
      </w:r>
    </w:p>
  </w:endnote>
  <w:endnote w:type="continuationSeparator" w:id="0">
    <w:p w14:paraId="50DDDF62" w14:textId="77777777" w:rsidR="00041D8C" w:rsidRDefault="00041D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76319" w14:textId="77777777" w:rsidR="00C2166D" w:rsidRDefault="00000000">
    <w:pPr>
      <w:pStyle w:val="Footer"/>
      <w:jc w:val="right"/>
    </w:pPr>
    <w:r>
      <w:rPr>
        <w:b/>
        <w:sz w:val="18"/>
      </w:rPr>
      <w:t>Petition to Amend People's Fund Plan - 25% Trust Natural Resource Money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A2FE19" w14:textId="77777777" w:rsidR="00041D8C" w:rsidRDefault="00041D8C">
      <w:pPr>
        <w:spacing w:after="0" w:line="240" w:lineRule="auto"/>
      </w:pPr>
      <w:r>
        <w:separator/>
      </w:r>
    </w:p>
  </w:footnote>
  <w:footnote w:type="continuationSeparator" w:id="0">
    <w:p w14:paraId="487D4770" w14:textId="77777777" w:rsidR="00041D8C" w:rsidRDefault="00041D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560B2FF0"/>
    <w:multiLevelType w:val="hybridMultilevel"/>
    <w:tmpl w:val="FB1C1498"/>
    <w:lvl w:ilvl="0" w:tplc="4CCA7752">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16cid:durableId="1558278862">
    <w:abstractNumId w:val="8"/>
  </w:num>
  <w:num w:numId="2" w16cid:durableId="2100327757">
    <w:abstractNumId w:val="6"/>
  </w:num>
  <w:num w:numId="3" w16cid:durableId="280722502">
    <w:abstractNumId w:val="5"/>
  </w:num>
  <w:num w:numId="4" w16cid:durableId="1718820876">
    <w:abstractNumId w:val="4"/>
  </w:num>
  <w:num w:numId="5" w16cid:durableId="894121243">
    <w:abstractNumId w:val="7"/>
  </w:num>
  <w:num w:numId="6" w16cid:durableId="35130965">
    <w:abstractNumId w:val="3"/>
  </w:num>
  <w:num w:numId="7" w16cid:durableId="1218080738">
    <w:abstractNumId w:val="2"/>
  </w:num>
  <w:num w:numId="8" w16cid:durableId="285165066">
    <w:abstractNumId w:val="1"/>
  </w:num>
  <w:num w:numId="9" w16cid:durableId="193268899">
    <w:abstractNumId w:val="0"/>
  </w:num>
  <w:num w:numId="10" w16cid:durableId="174413618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1D8C"/>
    <w:rsid w:val="0006063C"/>
    <w:rsid w:val="0015074B"/>
    <w:rsid w:val="0029639D"/>
    <w:rsid w:val="00326F90"/>
    <w:rsid w:val="00A966E7"/>
    <w:rsid w:val="00AA1D8D"/>
    <w:rsid w:val="00AB545A"/>
    <w:rsid w:val="00B47730"/>
    <w:rsid w:val="00BB6A3C"/>
    <w:rsid w:val="00C2166D"/>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B106B7"/>
  <w14:defaultImageDpi w14:val="300"/>
  <w15:docId w15:val="{E4150D01-6AB6-485B-A1DF-2D5CCA6B9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1021</Words>
  <Characters>5821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Steve Kelly</cp:lastModifiedBy>
  <cp:revision>3</cp:revision>
  <dcterms:created xsi:type="dcterms:W3CDTF">2026-07-01T19:43:00Z</dcterms:created>
  <dcterms:modified xsi:type="dcterms:W3CDTF">2026-07-01T19:45:00Z</dcterms:modified>
  <cp:category/>
</cp:coreProperties>
</file>