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87F98" w14:textId="77777777" w:rsidR="00517C98" w:rsidRDefault="00000000">
      <w:pPr>
        <w:spacing w:after="80" w:line="240" w:lineRule="auto"/>
        <w:jc w:val="center"/>
      </w:pPr>
      <w:r>
        <w:rPr>
          <w:b/>
          <w:sz w:val="32"/>
        </w:rPr>
        <w:t>Petition for Referendum Vote to the Three Affiliated Tribes</w:t>
      </w:r>
    </w:p>
    <w:p w14:paraId="3573A56A" w14:textId="77777777" w:rsidR="00517C98" w:rsidRDefault="00000000">
      <w:pPr>
        <w:spacing w:after="160" w:line="240" w:lineRule="auto"/>
        <w:jc w:val="both"/>
      </w:pPr>
      <w:r>
        <w:rPr>
          <w:sz w:val="26"/>
        </w:rPr>
        <w:t>We, the undersigned, hereby petition the Tribal Business Council to conduct a referendum vote on the proposed referendum herein pursuant to Article VIII of the Constitution and Bylaws of the Three Affiliated Tribes. By signing this petition, we certify that we are enrolled members of the Three Affiliated Tribes and eighteen (18) years of age or older and reside in the community indicated (New Town, Four Bears, Mandaree, Twin Buttes, White Shield, Parshall or Off-Reservation).</w:t>
      </w:r>
    </w:p>
    <w:p w14:paraId="309D9A04" w14:textId="77777777" w:rsidR="00517C98" w:rsidRPr="001850C7" w:rsidRDefault="00000000">
      <w:pPr>
        <w:spacing w:after="100" w:line="240" w:lineRule="auto"/>
        <w:jc w:val="center"/>
        <w:rPr>
          <w:b/>
          <w:sz w:val="24"/>
          <w:szCs w:val="24"/>
        </w:rPr>
      </w:pPr>
      <w:r w:rsidRPr="001850C7">
        <w:rPr>
          <w:b/>
          <w:sz w:val="24"/>
          <w:szCs w:val="24"/>
        </w:rPr>
        <w:t>PROPOSED REFERENDUM</w:t>
      </w:r>
    </w:p>
    <w:p w14:paraId="1DEE6444" w14:textId="77777777" w:rsidR="001850C7" w:rsidRDefault="00000000" w:rsidP="001850C7">
      <w:pPr>
        <w:pStyle w:val="ListParagraph"/>
        <w:numPr>
          <w:ilvl w:val="0"/>
          <w:numId w:val="10"/>
        </w:numPr>
        <w:spacing w:after="80" w:line="240" w:lineRule="auto"/>
        <w:ind w:left="360" w:hanging="360"/>
        <w:jc w:val="both"/>
        <w:rPr>
          <w:bCs/>
          <w:i/>
          <w:iCs/>
          <w:sz w:val="24"/>
          <w:szCs w:val="24"/>
        </w:rPr>
      </w:pPr>
      <w:r w:rsidRPr="001850C7">
        <w:rPr>
          <w:bCs/>
          <w:i/>
          <w:iCs/>
          <w:sz w:val="24"/>
          <w:szCs w:val="24"/>
        </w:rPr>
        <w:t>The Tribal Business Council hereby rescinds Resolution No. 25-197-FWF, entitled “Approving Letter of Intent with eClave LLC for Development and Operation of a Data Center on FBIR,” adopted on July 14, 2025.</w:t>
      </w:r>
    </w:p>
    <w:p w14:paraId="7761EA2B" w14:textId="77777777" w:rsidR="001850C7" w:rsidRDefault="001850C7" w:rsidP="001850C7">
      <w:pPr>
        <w:pStyle w:val="ListParagraph"/>
        <w:spacing w:after="80" w:line="240" w:lineRule="auto"/>
        <w:ind w:left="360"/>
        <w:jc w:val="both"/>
        <w:rPr>
          <w:bCs/>
          <w:i/>
          <w:iCs/>
          <w:sz w:val="24"/>
          <w:szCs w:val="24"/>
        </w:rPr>
      </w:pPr>
    </w:p>
    <w:p w14:paraId="4C390AB7" w14:textId="77777777" w:rsidR="001850C7" w:rsidRDefault="00000000" w:rsidP="001850C7">
      <w:pPr>
        <w:spacing w:after="80" w:line="240" w:lineRule="auto"/>
        <w:ind w:left="360" w:hanging="360"/>
        <w:jc w:val="both"/>
        <w:rPr>
          <w:bCs/>
          <w:i/>
          <w:iCs/>
          <w:sz w:val="24"/>
          <w:szCs w:val="24"/>
        </w:rPr>
      </w:pPr>
      <w:r w:rsidRPr="001850C7">
        <w:rPr>
          <w:bCs/>
          <w:i/>
          <w:iCs/>
          <w:sz w:val="24"/>
          <w:szCs w:val="24"/>
        </w:rPr>
        <w:t>2.</w:t>
      </w:r>
      <w:r w:rsidRPr="001850C7">
        <w:rPr>
          <w:bCs/>
          <w:i/>
          <w:iCs/>
          <w:sz w:val="24"/>
          <w:szCs w:val="24"/>
        </w:rPr>
        <w:tab/>
        <w:t>The People of the Three Affiliated Tribes hereby inform the Tribal Business Council that the People do not want a data center located, developed, constructed, operated, approved, leased, licensed, permitted, or otherwise authorized on the Fort Berthold Indian Reservation.</w:t>
      </w:r>
    </w:p>
    <w:p w14:paraId="18A3B4E8" w14:textId="77777777" w:rsidR="001850C7" w:rsidRDefault="001850C7" w:rsidP="001850C7">
      <w:pPr>
        <w:spacing w:after="80" w:line="240" w:lineRule="auto"/>
        <w:ind w:left="360" w:hanging="360"/>
        <w:jc w:val="both"/>
        <w:rPr>
          <w:bCs/>
          <w:i/>
          <w:iCs/>
          <w:sz w:val="24"/>
          <w:szCs w:val="24"/>
        </w:rPr>
      </w:pPr>
    </w:p>
    <w:p w14:paraId="32215207" w14:textId="051CDC49" w:rsidR="00517C98" w:rsidRPr="001850C7" w:rsidRDefault="001850C7" w:rsidP="001850C7">
      <w:pPr>
        <w:spacing w:after="80" w:line="240" w:lineRule="auto"/>
        <w:ind w:left="360" w:hanging="360"/>
        <w:jc w:val="both"/>
        <w:rPr>
          <w:bCs/>
          <w:i/>
          <w:iCs/>
          <w:sz w:val="24"/>
          <w:szCs w:val="24"/>
        </w:rPr>
      </w:pPr>
      <w:r>
        <w:rPr>
          <w:bCs/>
          <w:i/>
          <w:iCs/>
          <w:sz w:val="24"/>
          <w:szCs w:val="24"/>
        </w:rPr>
        <w:t>3.   T</w:t>
      </w:r>
      <w:r w:rsidR="00000000" w:rsidRPr="001850C7">
        <w:rPr>
          <w:bCs/>
          <w:i/>
          <w:iCs/>
          <w:sz w:val="24"/>
          <w:szCs w:val="24"/>
        </w:rPr>
        <w:t>he Tribal Business Council, Tribal Chairman, tribal officers, tribal employees, tribal agencies, tribal instrumentalities, and any tribally owned entity are directed not to execute, implement, perform, renew, extend, amend, replace, or otherwise rely upon the non-binding Letter of Intent with eClave LLC approved by Resolution No. 25-197-FWF.</w:t>
      </w:r>
    </w:p>
    <w:p w14:paraId="6D128428" w14:textId="77777777" w:rsidR="001850C7" w:rsidRDefault="001850C7">
      <w:pPr>
        <w:spacing w:after="80" w:line="240" w:lineRule="auto"/>
        <w:jc w:val="both"/>
        <w:rPr>
          <w:bCs/>
          <w:i/>
          <w:iCs/>
          <w:sz w:val="24"/>
          <w:szCs w:val="24"/>
        </w:rPr>
      </w:pPr>
    </w:p>
    <w:p w14:paraId="43549628" w14:textId="743C00F9" w:rsidR="00517C98" w:rsidRPr="001850C7" w:rsidRDefault="00000000" w:rsidP="001850C7">
      <w:pPr>
        <w:spacing w:after="80" w:line="240" w:lineRule="auto"/>
        <w:ind w:left="360" w:hanging="360"/>
        <w:jc w:val="both"/>
        <w:rPr>
          <w:bCs/>
          <w:i/>
          <w:iCs/>
          <w:sz w:val="24"/>
          <w:szCs w:val="24"/>
        </w:rPr>
      </w:pPr>
      <w:r w:rsidRPr="001850C7">
        <w:rPr>
          <w:bCs/>
          <w:i/>
          <w:iCs/>
          <w:sz w:val="24"/>
          <w:szCs w:val="24"/>
        </w:rPr>
        <w:t>4.</w:t>
      </w:r>
      <w:r w:rsidR="001850C7">
        <w:rPr>
          <w:bCs/>
          <w:i/>
          <w:iCs/>
          <w:sz w:val="24"/>
          <w:szCs w:val="24"/>
        </w:rPr>
        <w:t xml:space="preserve">  </w:t>
      </w:r>
      <w:r w:rsidRPr="001850C7">
        <w:rPr>
          <w:bCs/>
          <w:i/>
          <w:iCs/>
          <w:sz w:val="24"/>
          <w:szCs w:val="24"/>
        </w:rPr>
        <w:t xml:space="preserve">The Tribal Business Council shall immediately provide written notice to eClave LLC that Resolution No. 25-197-FWF has been rescinded, that </w:t>
      </w:r>
      <w:r w:rsidR="001850C7">
        <w:rPr>
          <w:bCs/>
          <w:i/>
          <w:iCs/>
          <w:sz w:val="24"/>
          <w:szCs w:val="24"/>
        </w:rPr>
        <w:t xml:space="preserve">    </w:t>
      </w:r>
      <w:r w:rsidRPr="001850C7">
        <w:rPr>
          <w:bCs/>
          <w:i/>
          <w:iCs/>
          <w:sz w:val="24"/>
          <w:szCs w:val="24"/>
        </w:rPr>
        <w:t>the Tribe will not proceed with the Letter of Intent, and that the People do not consent to development or operation of a data center on the Fort Berthold Indian Reservation.</w:t>
      </w:r>
    </w:p>
    <w:p w14:paraId="16F16DCB" w14:textId="77777777" w:rsidR="001850C7" w:rsidRDefault="001850C7">
      <w:pPr>
        <w:spacing w:after="80" w:line="240" w:lineRule="auto"/>
        <w:jc w:val="both"/>
        <w:rPr>
          <w:bCs/>
          <w:i/>
          <w:iCs/>
          <w:sz w:val="24"/>
          <w:szCs w:val="24"/>
        </w:rPr>
      </w:pPr>
    </w:p>
    <w:p w14:paraId="1F115E8A" w14:textId="0C9DA5B0" w:rsidR="00517C98" w:rsidRPr="001850C7" w:rsidRDefault="00000000" w:rsidP="001850C7">
      <w:pPr>
        <w:spacing w:after="80" w:line="240" w:lineRule="auto"/>
        <w:ind w:left="360" w:hanging="360"/>
        <w:jc w:val="both"/>
        <w:rPr>
          <w:bCs/>
          <w:i/>
          <w:iCs/>
          <w:sz w:val="24"/>
          <w:szCs w:val="24"/>
        </w:rPr>
      </w:pPr>
      <w:r w:rsidRPr="001850C7">
        <w:rPr>
          <w:bCs/>
          <w:i/>
          <w:iCs/>
          <w:sz w:val="24"/>
          <w:szCs w:val="24"/>
        </w:rPr>
        <w:t>5.</w:t>
      </w:r>
      <w:r w:rsidR="001850C7">
        <w:rPr>
          <w:bCs/>
          <w:i/>
          <w:iCs/>
          <w:sz w:val="24"/>
          <w:szCs w:val="24"/>
        </w:rPr>
        <w:t xml:space="preserve">  </w:t>
      </w:r>
      <w:r w:rsidRPr="001850C7">
        <w:rPr>
          <w:bCs/>
          <w:i/>
          <w:iCs/>
          <w:sz w:val="24"/>
          <w:szCs w:val="24"/>
        </w:rPr>
        <w:t>No tribal land, tribal trust land, tribal fee land, tribal facility, tribal utility, tribal natural gas, tribal electricity, tribal water, tribal right-of-way,</w:t>
      </w:r>
      <w:r w:rsidR="001850C7">
        <w:rPr>
          <w:bCs/>
          <w:i/>
          <w:iCs/>
          <w:sz w:val="24"/>
          <w:szCs w:val="24"/>
        </w:rPr>
        <w:t xml:space="preserve"> </w:t>
      </w:r>
      <w:r w:rsidRPr="001850C7">
        <w:rPr>
          <w:bCs/>
          <w:i/>
          <w:iCs/>
          <w:sz w:val="24"/>
          <w:szCs w:val="24"/>
        </w:rPr>
        <w:t>tribal easement, or other tribal resource shall be used, leased, licensed, pledged, committed, encumbered, or expended for any data center project on the Fort Berthold Indian Reservation unless first approved by referendum vote of the People.</w:t>
      </w:r>
    </w:p>
    <w:p w14:paraId="2B08A48F" w14:textId="77777777" w:rsidR="001850C7" w:rsidRDefault="001850C7">
      <w:pPr>
        <w:spacing w:after="80" w:line="240" w:lineRule="auto"/>
        <w:jc w:val="both"/>
        <w:rPr>
          <w:bCs/>
          <w:i/>
          <w:iCs/>
          <w:sz w:val="24"/>
          <w:szCs w:val="24"/>
        </w:rPr>
      </w:pPr>
    </w:p>
    <w:p w14:paraId="78649E15" w14:textId="16EA0684" w:rsidR="00517C98" w:rsidRDefault="00000000" w:rsidP="001850C7">
      <w:pPr>
        <w:spacing w:after="80" w:line="240" w:lineRule="auto"/>
        <w:ind w:left="360" w:hanging="360"/>
        <w:jc w:val="both"/>
        <w:rPr>
          <w:bCs/>
          <w:i/>
          <w:iCs/>
          <w:sz w:val="24"/>
          <w:szCs w:val="24"/>
        </w:rPr>
      </w:pPr>
      <w:r w:rsidRPr="001850C7">
        <w:rPr>
          <w:bCs/>
          <w:i/>
          <w:iCs/>
          <w:sz w:val="24"/>
          <w:szCs w:val="24"/>
        </w:rPr>
        <w:t>6.</w:t>
      </w:r>
      <w:r w:rsidRPr="001850C7">
        <w:rPr>
          <w:bCs/>
          <w:i/>
          <w:iCs/>
          <w:sz w:val="24"/>
          <w:szCs w:val="24"/>
        </w:rPr>
        <w:tab/>
        <w:t>The Tribal Business Council shall not approve, negotiate, execute, or authorize any future letter of intent, memorandum of understanding, agreement, lease, right-of-way, easement, permit, license, power arrangement, gas-sale arrangement, water-use arrangement, or other commitment for a data center on the Fort Berthold Indian Reservation unless the proposed data center project is first submitted to and approved by referendum vote of the People.</w:t>
      </w:r>
    </w:p>
    <w:p w14:paraId="756E9068" w14:textId="77777777" w:rsidR="001850C7" w:rsidRDefault="001850C7">
      <w:pPr>
        <w:spacing w:after="80" w:line="240" w:lineRule="auto"/>
        <w:jc w:val="both"/>
        <w:rPr>
          <w:bCs/>
          <w:i/>
          <w:iCs/>
          <w:sz w:val="24"/>
          <w:szCs w:val="24"/>
        </w:rPr>
      </w:pPr>
    </w:p>
    <w:p w14:paraId="4711968C" w14:textId="3DBE8C5E" w:rsidR="00517C98" w:rsidRPr="001850C7" w:rsidRDefault="00000000" w:rsidP="001850C7">
      <w:pPr>
        <w:spacing w:after="80" w:line="240" w:lineRule="auto"/>
        <w:ind w:left="360" w:hanging="360"/>
        <w:jc w:val="both"/>
        <w:rPr>
          <w:bCs/>
          <w:i/>
          <w:iCs/>
          <w:sz w:val="24"/>
          <w:szCs w:val="24"/>
        </w:rPr>
      </w:pPr>
      <w:r w:rsidRPr="001850C7">
        <w:rPr>
          <w:bCs/>
          <w:i/>
          <w:iCs/>
          <w:sz w:val="24"/>
          <w:szCs w:val="24"/>
        </w:rPr>
        <w:t>7.</w:t>
      </w:r>
      <w:r w:rsidR="001850C7">
        <w:rPr>
          <w:bCs/>
          <w:i/>
          <w:iCs/>
          <w:sz w:val="24"/>
          <w:szCs w:val="24"/>
        </w:rPr>
        <w:t xml:space="preserve">  </w:t>
      </w:r>
      <w:r w:rsidRPr="001850C7">
        <w:rPr>
          <w:bCs/>
          <w:i/>
          <w:iCs/>
          <w:sz w:val="24"/>
          <w:szCs w:val="24"/>
        </w:rPr>
        <w:t>This referendum shall be effective immediately upon approval and shall supersede any resolution, policy, authorization, approval, letter of intent, agreement, or other action inconsistent with the will of the People expressed herein.</w:t>
      </w:r>
    </w:p>
    <w:p w14:paraId="08C949B6" w14:textId="77777777" w:rsidR="00517C98" w:rsidRDefault="00000000">
      <w:r>
        <w:br w:type="page"/>
      </w:r>
    </w:p>
    <w:p w14:paraId="2D1D7E38" w14:textId="77777777" w:rsidR="00517C98" w:rsidRPr="001850C7" w:rsidRDefault="00000000" w:rsidP="001850C7">
      <w:pPr>
        <w:spacing w:after="40" w:line="480" w:lineRule="auto"/>
        <w:jc w:val="center"/>
        <w:rPr>
          <w:sz w:val="24"/>
          <w:szCs w:val="24"/>
        </w:rPr>
      </w:pPr>
      <w:r w:rsidRPr="001850C7">
        <w:rPr>
          <w:b/>
          <w:sz w:val="24"/>
          <w:szCs w:val="24"/>
        </w:rPr>
        <w:lastRenderedPageBreak/>
        <w:t>SIGNATURES FOR PETITION</w:t>
      </w:r>
    </w:p>
    <w:p w14:paraId="5F7FFF89" w14:textId="77777777" w:rsidR="00517C98" w:rsidRPr="001850C7" w:rsidRDefault="00000000" w:rsidP="001850C7">
      <w:pPr>
        <w:spacing w:after="80" w:line="480" w:lineRule="auto"/>
        <w:jc w:val="center"/>
        <w:rPr>
          <w:sz w:val="24"/>
          <w:szCs w:val="24"/>
        </w:rPr>
      </w:pPr>
      <w:r w:rsidRPr="001850C7">
        <w:rPr>
          <w:b/>
          <w:sz w:val="24"/>
          <w:szCs w:val="24"/>
        </w:rPr>
        <w:t>PRINT NAME</w:t>
      </w:r>
      <w:r w:rsidRPr="001850C7">
        <w:rPr>
          <w:b/>
          <w:sz w:val="24"/>
          <w:szCs w:val="24"/>
        </w:rPr>
        <w:tab/>
        <w:t>DATE (mm/dd/yy)</w:t>
      </w:r>
      <w:r w:rsidRPr="001850C7">
        <w:rPr>
          <w:b/>
          <w:sz w:val="24"/>
          <w:szCs w:val="24"/>
        </w:rPr>
        <w:tab/>
        <w:t>COMMUNITY</w:t>
      </w:r>
      <w:r w:rsidRPr="001850C7">
        <w:rPr>
          <w:b/>
          <w:sz w:val="24"/>
          <w:szCs w:val="24"/>
        </w:rPr>
        <w:tab/>
        <w:t>TELEPHONE NUMBER</w:t>
      </w:r>
      <w:r w:rsidRPr="001850C7">
        <w:rPr>
          <w:b/>
          <w:sz w:val="24"/>
          <w:szCs w:val="24"/>
        </w:rPr>
        <w:tab/>
        <w:t>SIGNATURE</w:t>
      </w:r>
    </w:p>
    <w:p w14:paraId="4C7B18C4" w14:textId="484F7870" w:rsidR="00517C98" w:rsidRPr="001850C7" w:rsidRDefault="00000000" w:rsidP="001850C7">
      <w:pPr>
        <w:spacing w:after="140" w:line="480" w:lineRule="auto"/>
        <w:rPr>
          <w:sz w:val="24"/>
          <w:szCs w:val="24"/>
        </w:rPr>
      </w:pPr>
      <w:r w:rsidRPr="001850C7">
        <w:rPr>
          <w:sz w:val="24"/>
          <w:szCs w:val="24"/>
        </w:rPr>
        <w:t>1.</w:t>
      </w:r>
      <w:r w:rsidR="001850C7">
        <w:rPr>
          <w:sz w:val="24"/>
          <w:szCs w:val="24"/>
        </w:rPr>
        <w:t xml:space="preserve"> </w:t>
      </w:r>
      <w:r w:rsidRPr="001850C7">
        <w:rPr>
          <w:sz w:val="24"/>
          <w:szCs w:val="24"/>
        </w:rPr>
        <w:t>__________________________________________________________________________________________________________________</w:t>
      </w:r>
    </w:p>
    <w:p w14:paraId="2971E38F" w14:textId="56FE30A3" w:rsidR="00517C98" w:rsidRPr="001850C7" w:rsidRDefault="00000000" w:rsidP="001850C7">
      <w:pPr>
        <w:spacing w:after="140" w:line="480" w:lineRule="auto"/>
        <w:rPr>
          <w:sz w:val="24"/>
          <w:szCs w:val="24"/>
        </w:rPr>
      </w:pPr>
      <w:r w:rsidRPr="001850C7">
        <w:rPr>
          <w:sz w:val="24"/>
          <w:szCs w:val="24"/>
        </w:rPr>
        <w:t>2.</w:t>
      </w:r>
      <w:r w:rsidR="001850C7">
        <w:rPr>
          <w:sz w:val="24"/>
          <w:szCs w:val="24"/>
        </w:rPr>
        <w:t xml:space="preserve"> </w:t>
      </w:r>
      <w:r w:rsidRPr="001850C7">
        <w:rPr>
          <w:sz w:val="24"/>
          <w:szCs w:val="24"/>
        </w:rPr>
        <w:t>______________________________________________________________________________________________________________________</w:t>
      </w:r>
    </w:p>
    <w:p w14:paraId="11339BF3" w14:textId="75EDBD57" w:rsidR="00517C98" w:rsidRPr="001850C7" w:rsidRDefault="00000000" w:rsidP="001850C7">
      <w:pPr>
        <w:spacing w:after="140" w:line="480" w:lineRule="auto"/>
        <w:rPr>
          <w:sz w:val="24"/>
          <w:szCs w:val="24"/>
        </w:rPr>
      </w:pPr>
      <w:r w:rsidRPr="001850C7">
        <w:rPr>
          <w:sz w:val="24"/>
          <w:szCs w:val="24"/>
        </w:rPr>
        <w:t>3</w:t>
      </w:r>
      <w:r w:rsidR="001850C7">
        <w:rPr>
          <w:sz w:val="24"/>
          <w:szCs w:val="24"/>
        </w:rPr>
        <w:t>.</w:t>
      </w:r>
      <w:r w:rsidRPr="001850C7">
        <w:rPr>
          <w:sz w:val="24"/>
          <w:szCs w:val="24"/>
        </w:rPr>
        <w:t>______________________________________________________________________________________________________________________</w:t>
      </w:r>
    </w:p>
    <w:p w14:paraId="03F27932" w14:textId="3C8598CF" w:rsidR="00517C98" w:rsidRPr="001850C7" w:rsidRDefault="00000000" w:rsidP="001850C7">
      <w:pPr>
        <w:spacing w:after="140" w:line="480" w:lineRule="auto"/>
        <w:rPr>
          <w:sz w:val="24"/>
          <w:szCs w:val="24"/>
        </w:rPr>
      </w:pPr>
      <w:r w:rsidRPr="001850C7">
        <w:rPr>
          <w:sz w:val="24"/>
          <w:szCs w:val="24"/>
        </w:rPr>
        <w:t>4.______________________________________________________________________________________________________________________</w:t>
      </w:r>
    </w:p>
    <w:p w14:paraId="08202452" w14:textId="6C440DBF" w:rsidR="00517C98" w:rsidRPr="001850C7" w:rsidRDefault="00000000" w:rsidP="001850C7">
      <w:pPr>
        <w:spacing w:after="140" w:line="480" w:lineRule="auto"/>
        <w:rPr>
          <w:sz w:val="24"/>
          <w:szCs w:val="24"/>
        </w:rPr>
      </w:pPr>
      <w:r w:rsidRPr="001850C7">
        <w:rPr>
          <w:sz w:val="24"/>
          <w:szCs w:val="24"/>
        </w:rPr>
        <w:t>5.______________________________________________________________________________________________________________________</w:t>
      </w:r>
    </w:p>
    <w:p w14:paraId="541E1742" w14:textId="09D03C58" w:rsidR="00517C98" w:rsidRPr="001850C7" w:rsidRDefault="00000000" w:rsidP="001850C7">
      <w:pPr>
        <w:spacing w:after="140" w:line="480" w:lineRule="auto"/>
        <w:rPr>
          <w:sz w:val="24"/>
          <w:szCs w:val="24"/>
        </w:rPr>
      </w:pPr>
      <w:r w:rsidRPr="001850C7">
        <w:rPr>
          <w:sz w:val="24"/>
          <w:szCs w:val="24"/>
        </w:rPr>
        <w:t>6.______________________________________________________________________________________________________________________</w:t>
      </w:r>
    </w:p>
    <w:p w14:paraId="216F2508" w14:textId="14A7BB70" w:rsidR="00517C98" w:rsidRPr="001850C7" w:rsidRDefault="00000000" w:rsidP="001850C7">
      <w:pPr>
        <w:spacing w:after="140" w:line="480" w:lineRule="auto"/>
        <w:rPr>
          <w:sz w:val="24"/>
          <w:szCs w:val="24"/>
        </w:rPr>
      </w:pPr>
      <w:r w:rsidRPr="001850C7">
        <w:rPr>
          <w:sz w:val="24"/>
          <w:szCs w:val="24"/>
        </w:rPr>
        <w:t>7.______________________________________________________________________________________________________________________</w:t>
      </w:r>
    </w:p>
    <w:p w14:paraId="3FEC6685" w14:textId="01CE6566" w:rsidR="00517C98" w:rsidRPr="001850C7" w:rsidRDefault="00000000" w:rsidP="001850C7">
      <w:pPr>
        <w:spacing w:after="140" w:line="480" w:lineRule="auto"/>
        <w:rPr>
          <w:sz w:val="24"/>
          <w:szCs w:val="24"/>
        </w:rPr>
      </w:pPr>
      <w:r w:rsidRPr="001850C7">
        <w:rPr>
          <w:sz w:val="24"/>
          <w:szCs w:val="24"/>
        </w:rPr>
        <w:t>8.______________________________________________________________________________________________________________________</w:t>
      </w:r>
    </w:p>
    <w:p w14:paraId="6B25C226" w14:textId="6614A5E3" w:rsidR="00517C98" w:rsidRPr="001850C7" w:rsidRDefault="00000000" w:rsidP="001850C7">
      <w:pPr>
        <w:spacing w:after="140" w:line="480" w:lineRule="auto"/>
        <w:rPr>
          <w:sz w:val="24"/>
          <w:szCs w:val="24"/>
        </w:rPr>
      </w:pPr>
      <w:r w:rsidRPr="001850C7">
        <w:rPr>
          <w:sz w:val="24"/>
          <w:szCs w:val="24"/>
        </w:rPr>
        <w:t>9.______________________________________________________________________________________________________________________</w:t>
      </w:r>
    </w:p>
    <w:p w14:paraId="229610BC" w14:textId="70981ACF" w:rsidR="00517C98" w:rsidRPr="001850C7" w:rsidRDefault="00000000" w:rsidP="001850C7">
      <w:pPr>
        <w:spacing w:after="140" w:line="480" w:lineRule="auto"/>
        <w:rPr>
          <w:sz w:val="24"/>
          <w:szCs w:val="24"/>
        </w:rPr>
      </w:pPr>
      <w:r w:rsidRPr="001850C7">
        <w:rPr>
          <w:sz w:val="24"/>
          <w:szCs w:val="24"/>
        </w:rPr>
        <w:t>10._____________________________________________________________________________________________________________________</w:t>
      </w:r>
    </w:p>
    <w:p w14:paraId="720CC98C" w14:textId="1862DF9A" w:rsidR="00517C98" w:rsidRPr="001850C7" w:rsidRDefault="00000000" w:rsidP="001850C7">
      <w:pPr>
        <w:spacing w:after="140" w:line="480" w:lineRule="auto"/>
        <w:rPr>
          <w:sz w:val="24"/>
          <w:szCs w:val="24"/>
        </w:rPr>
      </w:pPr>
      <w:r w:rsidRPr="001850C7">
        <w:rPr>
          <w:sz w:val="24"/>
          <w:szCs w:val="24"/>
        </w:rPr>
        <w:t>11._____________________________________________________________________________________________________________________</w:t>
      </w:r>
    </w:p>
    <w:p w14:paraId="6F9CE41C" w14:textId="14DF07E3" w:rsidR="00517C98" w:rsidRPr="001850C7" w:rsidRDefault="00000000" w:rsidP="001850C7">
      <w:pPr>
        <w:spacing w:after="140" w:line="480" w:lineRule="auto"/>
        <w:rPr>
          <w:sz w:val="24"/>
          <w:szCs w:val="24"/>
        </w:rPr>
      </w:pPr>
      <w:r w:rsidRPr="001850C7">
        <w:rPr>
          <w:sz w:val="24"/>
          <w:szCs w:val="24"/>
        </w:rPr>
        <w:t>12.</w:t>
      </w:r>
      <w:r w:rsidR="001850C7">
        <w:rPr>
          <w:sz w:val="24"/>
          <w:szCs w:val="24"/>
        </w:rPr>
        <w:t xml:space="preserve"> </w:t>
      </w:r>
      <w:r w:rsidRPr="001850C7">
        <w:rPr>
          <w:sz w:val="24"/>
          <w:szCs w:val="24"/>
        </w:rPr>
        <w:t>_____________________________________________________________________________________________________________________</w:t>
      </w:r>
    </w:p>
    <w:p w14:paraId="124A9FDF" w14:textId="77777777" w:rsidR="001850C7" w:rsidRDefault="00000000" w:rsidP="001850C7">
      <w:pPr>
        <w:spacing w:after="140" w:line="480" w:lineRule="auto"/>
        <w:rPr>
          <w:sz w:val="24"/>
          <w:szCs w:val="24"/>
        </w:rPr>
      </w:pPr>
      <w:r w:rsidRPr="001850C7">
        <w:rPr>
          <w:sz w:val="24"/>
          <w:szCs w:val="24"/>
        </w:rPr>
        <w:t>13._____________________________________________________________________________________________________________________</w:t>
      </w:r>
    </w:p>
    <w:p w14:paraId="5F655F54" w14:textId="77777777" w:rsidR="001850C7" w:rsidRPr="001850C7" w:rsidRDefault="00000000" w:rsidP="001850C7">
      <w:pPr>
        <w:spacing w:after="40" w:line="480" w:lineRule="auto"/>
        <w:jc w:val="center"/>
        <w:rPr>
          <w:sz w:val="24"/>
          <w:szCs w:val="24"/>
        </w:rPr>
      </w:pPr>
      <w:r>
        <w:br w:type="page"/>
      </w:r>
      <w:r w:rsidR="001850C7" w:rsidRPr="001850C7">
        <w:rPr>
          <w:b/>
          <w:sz w:val="24"/>
          <w:szCs w:val="24"/>
        </w:rPr>
        <w:lastRenderedPageBreak/>
        <w:t>SIGNATURES FOR PETITION</w:t>
      </w:r>
    </w:p>
    <w:p w14:paraId="4F0707A9" w14:textId="77777777" w:rsidR="001850C7" w:rsidRPr="001850C7" w:rsidRDefault="001850C7" w:rsidP="001850C7">
      <w:pPr>
        <w:spacing w:after="80" w:line="480" w:lineRule="auto"/>
        <w:jc w:val="center"/>
        <w:rPr>
          <w:sz w:val="24"/>
          <w:szCs w:val="24"/>
        </w:rPr>
      </w:pPr>
      <w:r w:rsidRPr="001850C7">
        <w:rPr>
          <w:b/>
          <w:sz w:val="24"/>
          <w:szCs w:val="24"/>
        </w:rPr>
        <w:t>PRINT NAME</w:t>
      </w:r>
      <w:r w:rsidRPr="001850C7">
        <w:rPr>
          <w:b/>
          <w:sz w:val="24"/>
          <w:szCs w:val="24"/>
        </w:rPr>
        <w:tab/>
        <w:t>DATE (mm/dd/</w:t>
      </w:r>
      <w:proofErr w:type="spellStart"/>
      <w:r w:rsidRPr="001850C7">
        <w:rPr>
          <w:b/>
          <w:sz w:val="24"/>
          <w:szCs w:val="24"/>
        </w:rPr>
        <w:t>yy</w:t>
      </w:r>
      <w:proofErr w:type="spellEnd"/>
      <w:r w:rsidRPr="001850C7">
        <w:rPr>
          <w:b/>
          <w:sz w:val="24"/>
          <w:szCs w:val="24"/>
        </w:rPr>
        <w:t>)</w:t>
      </w:r>
      <w:r w:rsidRPr="001850C7">
        <w:rPr>
          <w:b/>
          <w:sz w:val="24"/>
          <w:szCs w:val="24"/>
        </w:rPr>
        <w:tab/>
        <w:t>COMMUNITY</w:t>
      </w:r>
      <w:r w:rsidRPr="001850C7">
        <w:rPr>
          <w:b/>
          <w:sz w:val="24"/>
          <w:szCs w:val="24"/>
        </w:rPr>
        <w:tab/>
        <w:t>TELEPHONE NUMBER</w:t>
      </w:r>
      <w:r w:rsidRPr="001850C7">
        <w:rPr>
          <w:b/>
          <w:sz w:val="24"/>
          <w:szCs w:val="24"/>
        </w:rPr>
        <w:tab/>
        <w:t>SIGNATURE</w:t>
      </w:r>
    </w:p>
    <w:p w14:paraId="5BBDB8AF" w14:textId="128BF7D9" w:rsidR="001850C7" w:rsidRPr="001850C7" w:rsidRDefault="001850C7" w:rsidP="001850C7">
      <w:pPr>
        <w:spacing w:after="140" w:line="480" w:lineRule="auto"/>
        <w:rPr>
          <w:sz w:val="24"/>
          <w:szCs w:val="24"/>
        </w:rPr>
      </w:pPr>
      <w:r w:rsidRPr="001850C7">
        <w:rPr>
          <w:sz w:val="24"/>
          <w:szCs w:val="24"/>
        </w:rPr>
        <w:t>1</w:t>
      </w:r>
      <w:r>
        <w:rPr>
          <w:sz w:val="24"/>
          <w:szCs w:val="24"/>
        </w:rPr>
        <w:t>4</w:t>
      </w:r>
      <w:r w:rsidRPr="001850C7">
        <w:rPr>
          <w:sz w:val="24"/>
          <w:szCs w:val="24"/>
        </w:rPr>
        <w:t>.</w:t>
      </w:r>
      <w:r>
        <w:rPr>
          <w:sz w:val="24"/>
          <w:szCs w:val="24"/>
        </w:rPr>
        <w:t xml:space="preserve"> </w:t>
      </w:r>
      <w:r w:rsidRPr="001850C7">
        <w:rPr>
          <w:sz w:val="24"/>
          <w:szCs w:val="24"/>
        </w:rPr>
        <w:t>__________________________________________________________________________________________________________________</w:t>
      </w:r>
    </w:p>
    <w:p w14:paraId="1862E6B2" w14:textId="49930D41" w:rsidR="001850C7" w:rsidRPr="001850C7" w:rsidRDefault="001850C7" w:rsidP="001850C7">
      <w:pPr>
        <w:spacing w:after="140" w:line="480" w:lineRule="auto"/>
        <w:rPr>
          <w:sz w:val="24"/>
          <w:szCs w:val="24"/>
        </w:rPr>
      </w:pPr>
      <w:r>
        <w:rPr>
          <w:sz w:val="24"/>
          <w:szCs w:val="24"/>
        </w:rPr>
        <w:t>15</w:t>
      </w:r>
      <w:r w:rsidRPr="001850C7">
        <w:rPr>
          <w:sz w:val="24"/>
          <w:szCs w:val="24"/>
        </w:rPr>
        <w:t>.</w:t>
      </w:r>
      <w:r>
        <w:rPr>
          <w:sz w:val="24"/>
          <w:szCs w:val="24"/>
        </w:rPr>
        <w:t xml:space="preserve"> </w:t>
      </w:r>
      <w:r w:rsidRPr="001850C7">
        <w:rPr>
          <w:sz w:val="24"/>
          <w:szCs w:val="24"/>
        </w:rPr>
        <w:t>_____________________________________________________________________________________________________________________</w:t>
      </w:r>
    </w:p>
    <w:p w14:paraId="160E95FE" w14:textId="0B23F7D2" w:rsidR="001850C7" w:rsidRPr="001850C7" w:rsidRDefault="001850C7" w:rsidP="001850C7">
      <w:pPr>
        <w:spacing w:after="140" w:line="480" w:lineRule="auto"/>
        <w:rPr>
          <w:sz w:val="24"/>
          <w:szCs w:val="24"/>
        </w:rPr>
      </w:pPr>
      <w:r>
        <w:rPr>
          <w:sz w:val="24"/>
          <w:szCs w:val="24"/>
        </w:rPr>
        <w:t>16</w:t>
      </w:r>
      <w:r>
        <w:rPr>
          <w:sz w:val="24"/>
          <w:szCs w:val="24"/>
        </w:rPr>
        <w:t>.</w:t>
      </w:r>
      <w:r w:rsidRPr="001850C7">
        <w:rPr>
          <w:sz w:val="24"/>
          <w:szCs w:val="24"/>
        </w:rPr>
        <w:t>_____________________________________________________________________________________________________________________</w:t>
      </w:r>
      <w:r>
        <w:rPr>
          <w:sz w:val="24"/>
          <w:szCs w:val="24"/>
        </w:rPr>
        <w:t>17</w:t>
      </w:r>
      <w:r w:rsidRPr="001850C7">
        <w:rPr>
          <w:sz w:val="24"/>
          <w:szCs w:val="24"/>
        </w:rPr>
        <w:t>._____________________________________________________________________________________________________________________</w:t>
      </w:r>
    </w:p>
    <w:p w14:paraId="489CE7E5" w14:textId="51F38C6E" w:rsidR="001850C7" w:rsidRPr="001850C7" w:rsidRDefault="001850C7" w:rsidP="001850C7">
      <w:pPr>
        <w:spacing w:after="140" w:line="480" w:lineRule="auto"/>
        <w:rPr>
          <w:sz w:val="24"/>
          <w:szCs w:val="24"/>
        </w:rPr>
      </w:pPr>
      <w:r>
        <w:rPr>
          <w:sz w:val="24"/>
          <w:szCs w:val="24"/>
        </w:rPr>
        <w:t>18</w:t>
      </w:r>
      <w:r w:rsidRPr="001850C7">
        <w:rPr>
          <w:sz w:val="24"/>
          <w:szCs w:val="24"/>
        </w:rPr>
        <w:t>.____________________________________________________________________________________________________________________</w:t>
      </w:r>
    </w:p>
    <w:p w14:paraId="467925FD" w14:textId="3DBAFF80" w:rsidR="001850C7" w:rsidRPr="001850C7" w:rsidRDefault="001850C7" w:rsidP="001850C7">
      <w:pPr>
        <w:spacing w:after="140" w:line="480" w:lineRule="auto"/>
        <w:rPr>
          <w:sz w:val="24"/>
          <w:szCs w:val="24"/>
        </w:rPr>
      </w:pPr>
      <w:r>
        <w:rPr>
          <w:sz w:val="24"/>
          <w:szCs w:val="24"/>
        </w:rPr>
        <w:t>19</w:t>
      </w:r>
      <w:r w:rsidRPr="001850C7">
        <w:rPr>
          <w:sz w:val="24"/>
          <w:szCs w:val="24"/>
        </w:rPr>
        <w:t>._____________________________________________________________________________________________________________________</w:t>
      </w:r>
    </w:p>
    <w:p w14:paraId="30B34708" w14:textId="28FC11EC" w:rsidR="001850C7" w:rsidRPr="001850C7" w:rsidRDefault="001850C7" w:rsidP="001850C7">
      <w:pPr>
        <w:spacing w:after="140" w:line="480" w:lineRule="auto"/>
        <w:rPr>
          <w:sz w:val="24"/>
          <w:szCs w:val="24"/>
        </w:rPr>
      </w:pPr>
      <w:r>
        <w:rPr>
          <w:sz w:val="24"/>
          <w:szCs w:val="24"/>
        </w:rPr>
        <w:t>20</w:t>
      </w:r>
      <w:r w:rsidRPr="001850C7">
        <w:rPr>
          <w:sz w:val="24"/>
          <w:szCs w:val="24"/>
        </w:rPr>
        <w:t>._____________________________________________________________________________________________________________________</w:t>
      </w:r>
    </w:p>
    <w:p w14:paraId="68B8DBDD" w14:textId="0999E79E" w:rsidR="001850C7" w:rsidRPr="001850C7" w:rsidRDefault="001850C7" w:rsidP="001850C7">
      <w:pPr>
        <w:spacing w:after="140" w:line="480" w:lineRule="auto"/>
        <w:rPr>
          <w:sz w:val="24"/>
          <w:szCs w:val="24"/>
        </w:rPr>
      </w:pPr>
      <w:r>
        <w:rPr>
          <w:sz w:val="24"/>
          <w:szCs w:val="24"/>
        </w:rPr>
        <w:t>21</w:t>
      </w:r>
      <w:r w:rsidRPr="001850C7">
        <w:rPr>
          <w:sz w:val="24"/>
          <w:szCs w:val="24"/>
        </w:rPr>
        <w:t>._____________________________________________________________________________________________________________________</w:t>
      </w:r>
    </w:p>
    <w:p w14:paraId="16D7A4F3" w14:textId="120FFB92" w:rsidR="001850C7" w:rsidRPr="001850C7" w:rsidRDefault="001850C7" w:rsidP="001850C7">
      <w:pPr>
        <w:spacing w:after="140" w:line="480" w:lineRule="auto"/>
        <w:rPr>
          <w:sz w:val="24"/>
          <w:szCs w:val="24"/>
        </w:rPr>
      </w:pPr>
      <w:r>
        <w:rPr>
          <w:sz w:val="24"/>
          <w:szCs w:val="24"/>
        </w:rPr>
        <w:t>22</w:t>
      </w:r>
      <w:r w:rsidRPr="001850C7">
        <w:rPr>
          <w:sz w:val="24"/>
          <w:szCs w:val="24"/>
        </w:rPr>
        <w:t>.____________________________________________________________________________________________________________________</w:t>
      </w:r>
    </w:p>
    <w:p w14:paraId="69DFB4D3" w14:textId="007D54DE" w:rsidR="001850C7" w:rsidRPr="001850C7" w:rsidRDefault="001850C7" w:rsidP="001850C7">
      <w:pPr>
        <w:spacing w:after="140" w:line="480" w:lineRule="auto"/>
        <w:rPr>
          <w:sz w:val="24"/>
          <w:szCs w:val="24"/>
        </w:rPr>
      </w:pPr>
      <w:r>
        <w:rPr>
          <w:sz w:val="24"/>
          <w:szCs w:val="24"/>
        </w:rPr>
        <w:t>23</w:t>
      </w:r>
      <w:r w:rsidRPr="001850C7">
        <w:rPr>
          <w:sz w:val="24"/>
          <w:szCs w:val="24"/>
        </w:rPr>
        <w:t>._____________________________________________________________________________________________________________________</w:t>
      </w:r>
    </w:p>
    <w:p w14:paraId="4628E57C" w14:textId="3CA50D9A" w:rsidR="001850C7" w:rsidRPr="001850C7" w:rsidRDefault="001850C7" w:rsidP="001850C7">
      <w:pPr>
        <w:spacing w:after="140" w:line="480" w:lineRule="auto"/>
        <w:rPr>
          <w:sz w:val="24"/>
          <w:szCs w:val="24"/>
        </w:rPr>
      </w:pPr>
      <w:r>
        <w:rPr>
          <w:sz w:val="24"/>
          <w:szCs w:val="24"/>
        </w:rPr>
        <w:t>24</w:t>
      </w:r>
      <w:r w:rsidRPr="001850C7">
        <w:rPr>
          <w:sz w:val="24"/>
          <w:szCs w:val="24"/>
        </w:rPr>
        <w:t>._____________________________________________________________________________________________________________________</w:t>
      </w:r>
    </w:p>
    <w:p w14:paraId="29F88FEE" w14:textId="0085582F" w:rsidR="001850C7" w:rsidRPr="001850C7" w:rsidRDefault="001850C7" w:rsidP="001850C7">
      <w:pPr>
        <w:spacing w:after="140" w:line="480" w:lineRule="auto"/>
        <w:rPr>
          <w:sz w:val="24"/>
          <w:szCs w:val="24"/>
        </w:rPr>
      </w:pPr>
      <w:r>
        <w:rPr>
          <w:sz w:val="24"/>
          <w:szCs w:val="24"/>
        </w:rPr>
        <w:t>25</w:t>
      </w:r>
      <w:r w:rsidRPr="001850C7">
        <w:rPr>
          <w:sz w:val="24"/>
          <w:szCs w:val="24"/>
        </w:rPr>
        <w:t>.</w:t>
      </w:r>
      <w:r>
        <w:rPr>
          <w:sz w:val="24"/>
          <w:szCs w:val="24"/>
        </w:rPr>
        <w:t xml:space="preserve"> </w:t>
      </w:r>
      <w:r w:rsidRPr="001850C7">
        <w:rPr>
          <w:sz w:val="24"/>
          <w:szCs w:val="24"/>
        </w:rPr>
        <w:t>_____________________________________________________________________________________________________________________</w:t>
      </w:r>
    </w:p>
    <w:p w14:paraId="3FB654AF" w14:textId="062BA79A" w:rsidR="001850C7" w:rsidRDefault="001850C7" w:rsidP="001850C7">
      <w:pPr>
        <w:spacing w:after="140" w:line="480" w:lineRule="auto"/>
        <w:rPr>
          <w:sz w:val="24"/>
          <w:szCs w:val="24"/>
        </w:rPr>
      </w:pPr>
      <w:r>
        <w:rPr>
          <w:sz w:val="24"/>
          <w:szCs w:val="24"/>
        </w:rPr>
        <w:t>26</w:t>
      </w:r>
      <w:r w:rsidRPr="001850C7">
        <w:rPr>
          <w:sz w:val="24"/>
          <w:szCs w:val="24"/>
        </w:rPr>
        <w:t>._____________________________________________________________________________________________________________________</w:t>
      </w:r>
    </w:p>
    <w:p w14:paraId="1A75B08C" w14:textId="50DB9264" w:rsidR="00517C98" w:rsidRDefault="00517C98"/>
    <w:sectPr w:rsidR="00517C98" w:rsidSect="00034616">
      <w:pgSz w:w="15840" w:h="12240" w:orient="landscape"/>
      <w:pgMar w:top="504" w:right="720" w:bottom="50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CA235E0"/>
    <w:multiLevelType w:val="hybridMultilevel"/>
    <w:tmpl w:val="1A4C3836"/>
    <w:lvl w:ilvl="0" w:tplc="BB14891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35280">
    <w:abstractNumId w:val="8"/>
  </w:num>
  <w:num w:numId="2" w16cid:durableId="884296233">
    <w:abstractNumId w:val="6"/>
  </w:num>
  <w:num w:numId="3" w16cid:durableId="233778594">
    <w:abstractNumId w:val="5"/>
  </w:num>
  <w:num w:numId="4" w16cid:durableId="71198681">
    <w:abstractNumId w:val="4"/>
  </w:num>
  <w:num w:numId="5" w16cid:durableId="1706448299">
    <w:abstractNumId w:val="7"/>
  </w:num>
  <w:num w:numId="6" w16cid:durableId="729427597">
    <w:abstractNumId w:val="3"/>
  </w:num>
  <w:num w:numId="7" w16cid:durableId="773134141">
    <w:abstractNumId w:val="2"/>
  </w:num>
  <w:num w:numId="8" w16cid:durableId="353697811">
    <w:abstractNumId w:val="1"/>
  </w:num>
  <w:num w:numId="9" w16cid:durableId="1570186579">
    <w:abstractNumId w:val="0"/>
  </w:num>
  <w:num w:numId="10" w16cid:durableId="11489781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50C7"/>
    <w:rsid w:val="0029639D"/>
    <w:rsid w:val="002E218F"/>
    <w:rsid w:val="00326F90"/>
    <w:rsid w:val="00517C98"/>
    <w:rsid w:val="00A966E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32A2C3"/>
  <w14:defaultImageDpi w14:val="300"/>
  <w15:docId w15:val="{E4150D01-6AB6-485B-A1DF-2D5CCA6B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916</Words>
  <Characters>5224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Kelly</cp:lastModifiedBy>
  <cp:revision>2</cp:revision>
  <dcterms:created xsi:type="dcterms:W3CDTF">2026-07-02T11:51:00Z</dcterms:created>
  <dcterms:modified xsi:type="dcterms:W3CDTF">2026-07-02T11:51:00Z</dcterms:modified>
  <cp:category/>
</cp:coreProperties>
</file>