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49670" w14:textId="77777777" w:rsidR="00B60967" w:rsidRPr="00E15DBC" w:rsidRDefault="00000000" w:rsidP="00E15DBC">
      <w:pPr>
        <w:spacing w:after="40" w:line="240" w:lineRule="auto"/>
        <w:jc w:val="center"/>
        <w:rPr>
          <w:sz w:val="28"/>
          <w:szCs w:val="28"/>
        </w:rPr>
      </w:pPr>
      <w:r w:rsidRPr="00E15DBC">
        <w:rPr>
          <w:b/>
          <w:sz w:val="28"/>
          <w:szCs w:val="28"/>
        </w:rPr>
        <w:t>Petition for Referendum Vote to the Three Affiliated Tribes</w:t>
      </w:r>
    </w:p>
    <w:p w14:paraId="45BF0B4A" w14:textId="77777777" w:rsidR="00E15DBC" w:rsidRDefault="00E15DBC">
      <w:pPr>
        <w:spacing w:after="120" w:line="240" w:lineRule="auto"/>
        <w:rPr>
          <w:sz w:val="24"/>
          <w:szCs w:val="24"/>
        </w:rPr>
      </w:pPr>
    </w:p>
    <w:p w14:paraId="3F4C05DA" w14:textId="0573C7A7" w:rsidR="00B60967" w:rsidRPr="00E15DBC" w:rsidRDefault="00000000">
      <w:pPr>
        <w:spacing w:after="120" w:line="240" w:lineRule="auto"/>
        <w:rPr>
          <w:sz w:val="24"/>
          <w:szCs w:val="24"/>
        </w:rPr>
      </w:pPr>
      <w:r w:rsidRPr="00E15DBC">
        <w:rPr>
          <w:sz w:val="24"/>
          <w:szCs w:val="24"/>
        </w:rPr>
        <w:t>We, the undersigned, hereby petition the Tribal Business Council to conduct a referendum vote on the proposed referendum herein pursuant to Article VIII of the Constitution and Bylaws of the Three Affiliated Tribes. By signing this petition, we certify that we are enrolled members of the Three Affiliated Tribes and eighteen (18) years of age or older and reside in the community indicated (New Town, Four Bears, Mandaree, Twin Buttes, White Shield, Parshall or Off-Reservation).</w:t>
      </w:r>
    </w:p>
    <w:p w14:paraId="62895AC1" w14:textId="77777777" w:rsidR="00B60967" w:rsidRPr="00E15DBC" w:rsidRDefault="00000000">
      <w:pPr>
        <w:spacing w:after="80" w:line="240" w:lineRule="auto"/>
        <w:jc w:val="center"/>
        <w:rPr>
          <w:sz w:val="24"/>
          <w:szCs w:val="24"/>
        </w:rPr>
      </w:pPr>
      <w:r w:rsidRPr="00E15DBC">
        <w:rPr>
          <w:b/>
          <w:sz w:val="24"/>
          <w:szCs w:val="24"/>
        </w:rPr>
        <w:t>PROPOSED REFERENDUM</w:t>
      </w:r>
    </w:p>
    <w:p w14:paraId="4A6B8C42" w14:textId="77777777" w:rsidR="00B60967" w:rsidRDefault="00000000">
      <w:pPr>
        <w:spacing w:after="40" w:line="240" w:lineRule="auto"/>
        <w:rPr>
          <w:sz w:val="24"/>
          <w:szCs w:val="24"/>
        </w:rPr>
      </w:pPr>
      <w:r w:rsidRPr="00E15DBC">
        <w:rPr>
          <w:sz w:val="24"/>
          <w:szCs w:val="24"/>
        </w:rPr>
        <w:t>1.</w:t>
      </w:r>
      <w:r w:rsidRPr="00E15DBC">
        <w:rPr>
          <w:sz w:val="24"/>
          <w:szCs w:val="24"/>
        </w:rPr>
        <w:tab/>
        <w:t>The Tribal Business Council hereby adopts a criminal statute of limitations tolling rule for covered offenses committed by tribal officials, tribal employees, officers, agents, contractors, or any person acting under color of tribal authority.</w:t>
      </w:r>
    </w:p>
    <w:p w14:paraId="2A43EBCF" w14:textId="77777777" w:rsidR="00E15DBC" w:rsidRPr="00E15DBC" w:rsidRDefault="00E15DBC">
      <w:pPr>
        <w:spacing w:after="40" w:line="240" w:lineRule="auto"/>
        <w:rPr>
          <w:sz w:val="24"/>
          <w:szCs w:val="24"/>
        </w:rPr>
      </w:pPr>
    </w:p>
    <w:p w14:paraId="1AF09A45" w14:textId="77777777" w:rsidR="00B60967" w:rsidRPr="00E15DBC" w:rsidRDefault="00000000">
      <w:pPr>
        <w:spacing w:after="40" w:line="240" w:lineRule="auto"/>
        <w:rPr>
          <w:sz w:val="24"/>
          <w:szCs w:val="24"/>
        </w:rPr>
      </w:pPr>
      <w:r w:rsidRPr="00E15DBC">
        <w:rPr>
          <w:sz w:val="24"/>
          <w:szCs w:val="24"/>
        </w:rPr>
        <w:t>2.</w:t>
      </w:r>
      <w:r w:rsidRPr="00E15DBC">
        <w:rPr>
          <w:sz w:val="24"/>
          <w:szCs w:val="24"/>
        </w:rPr>
        <w:tab/>
        <w:t>For any covered offense, the statute of limitations shall be tolled and shall not run while the person who committed, participated in, aided, abetted, conspired to commit, or concealed the offense holds the tribal office, tribal employment, appointment, contract, agency relationship, or official authority connected to the offense.</w:t>
      </w:r>
    </w:p>
    <w:p w14:paraId="6302C503" w14:textId="77777777" w:rsidR="00E15DBC" w:rsidRDefault="00E15DBC">
      <w:pPr>
        <w:spacing w:after="40" w:line="240" w:lineRule="auto"/>
        <w:rPr>
          <w:sz w:val="24"/>
          <w:szCs w:val="24"/>
        </w:rPr>
      </w:pPr>
    </w:p>
    <w:p w14:paraId="1B5AF7D3" w14:textId="2C3E0998" w:rsidR="00B60967" w:rsidRPr="00E15DBC" w:rsidRDefault="00000000">
      <w:pPr>
        <w:spacing w:after="40" w:line="240" w:lineRule="auto"/>
        <w:rPr>
          <w:sz w:val="24"/>
          <w:szCs w:val="24"/>
        </w:rPr>
      </w:pPr>
      <w:r w:rsidRPr="00E15DBC">
        <w:rPr>
          <w:sz w:val="24"/>
          <w:szCs w:val="24"/>
        </w:rPr>
        <w:t>3.</w:t>
      </w:r>
      <w:r w:rsidRPr="00E15DBC">
        <w:rPr>
          <w:sz w:val="24"/>
          <w:szCs w:val="24"/>
        </w:rPr>
        <w:tab/>
        <w:t>A prosecution for a covered offense may be commenced at any time while the person remains in the tribal office, employment, appointment, contract, agency relationship, or official authority connected to the offense, within five (5) years after the person leaves such office or employment, or within any longer limitations period otherwise provided by tribal law, whichever period is longest.</w:t>
      </w:r>
    </w:p>
    <w:p w14:paraId="2FD8D7DF" w14:textId="77777777" w:rsidR="00E15DBC" w:rsidRDefault="00E15DBC">
      <w:pPr>
        <w:spacing w:after="40" w:line="240" w:lineRule="auto"/>
        <w:rPr>
          <w:sz w:val="24"/>
          <w:szCs w:val="24"/>
        </w:rPr>
      </w:pPr>
    </w:p>
    <w:p w14:paraId="0BE21A52" w14:textId="7C4CF827" w:rsidR="00B60967" w:rsidRPr="00E15DBC" w:rsidRDefault="00000000">
      <w:pPr>
        <w:spacing w:after="40" w:line="240" w:lineRule="auto"/>
        <w:rPr>
          <w:sz w:val="24"/>
          <w:szCs w:val="24"/>
        </w:rPr>
      </w:pPr>
      <w:r w:rsidRPr="00E15DBC">
        <w:rPr>
          <w:sz w:val="24"/>
          <w:szCs w:val="24"/>
        </w:rPr>
        <w:t>4.</w:t>
      </w:r>
      <w:r w:rsidRPr="00E15DBC">
        <w:rPr>
          <w:sz w:val="24"/>
          <w:szCs w:val="24"/>
        </w:rPr>
        <w:tab/>
        <w:t>A covered offense means any criminal offense under tribal law committed by a tribal official or tribal employee that arises out of, relates to, is facilitated by, is concealed by, or is committed under color of tribal office, tribal employment, tribal authority, or public trust. Covered offenses include, without limitation, theft, fraud, embezzlement, misuse of tribal funds, misuse of tribal property, bribery, extortion, unlawful compensation, conflicts of interest, falsification of records, destruction or concealment of records, obstruction, retaliation, witness intimidation, election-related offenses, official oppression, abuse of authority, conspiracy, attempt, aiding and abetting, or any other offense connected to tribal office, tribal employment, tribal funds, tribal property, tribal records, tribal elections, or official authority.</w:t>
      </w:r>
    </w:p>
    <w:p w14:paraId="668F2837" w14:textId="77777777" w:rsidR="00E15DBC" w:rsidRDefault="00E15DBC">
      <w:pPr>
        <w:spacing w:after="40" w:line="240" w:lineRule="auto"/>
        <w:rPr>
          <w:sz w:val="24"/>
          <w:szCs w:val="24"/>
        </w:rPr>
      </w:pPr>
    </w:p>
    <w:p w14:paraId="7C1865E5" w14:textId="2CDE487A" w:rsidR="00B60967" w:rsidRPr="00E15DBC" w:rsidRDefault="00000000">
      <w:pPr>
        <w:spacing w:after="40" w:line="240" w:lineRule="auto"/>
        <w:rPr>
          <w:sz w:val="24"/>
          <w:szCs w:val="24"/>
        </w:rPr>
      </w:pPr>
      <w:r w:rsidRPr="00E15DBC">
        <w:rPr>
          <w:sz w:val="24"/>
          <w:szCs w:val="24"/>
        </w:rPr>
        <w:t>5.</w:t>
      </w:r>
      <w:r w:rsidRPr="00E15DBC">
        <w:rPr>
          <w:sz w:val="24"/>
          <w:szCs w:val="24"/>
        </w:rPr>
        <w:tab/>
        <w:t>If a covered offense was concealed, involved false or missing records, involved failure to disclose records required by tribal law, or could not reasonably have been discovered because of the person’s office, authority, control over records, influence over tribal personnel, or control over tribal departments or agencies, the limitations period shall not begin to run until the offense is discovered or reasonably should have been discovered by a person authorized to investigate or prosecute the offense who is not implicated in the offense.</w:t>
      </w:r>
    </w:p>
    <w:p w14:paraId="2513AB99" w14:textId="77777777" w:rsidR="00E15DBC" w:rsidRDefault="00E15DBC">
      <w:pPr>
        <w:spacing w:after="40" w:line="240" w:lineRule="auto"/>
        <w:rPr>
          <w:sz w:val="24"/>
          <w:szCs w:val="24"/>
        </w:rPr>
      </w:pPr>
    </w:p>
    <w:p w14:paraId="4F0A058A" w14:textId="1D06B327" w:rsidR="00B60967" w:rsidRPr="00E15DBC" w:rsidRDefault="00000000">
      <w:pPr>
        <w:spacing w:after="40" w:line="240" w:lineRule="auto"/>
        <w:rPr>
          <w:sz w:val="24"/>
          <w:szCs w:val="24"/>
        </w:rPr>
      </w:pPr>
      <w:r w:rsidRPr="00E15DBC">
        <w:rPr>
          <w:sz w:val="24"/>
          <w:szCs w:val="24"/>
        </w:rPr>
        <w:t>6.</w:t>
      </w:r>
      <w:r w:rsidRPr="00E15DBC">
        <w:rPr>
          <w:sz w:val="24"/>
          <w:szCs w:val="24"/>
        </w:rPr>
        <w:tab/>
        <w:t>This referendum does not toll the statute of limitations for criminal offenses that are wholly unrelated to tribal office, tribal employment, tribal authority, tribal funds, tribal property, tribal records, tribal elections, public trust, or the performance or abuse of official duties.</w:t>
      </w:r>
    </w:p>
    <w:p w14:paraId="79293F03" w14:textId="77777777" w:rsidR="00E15DBC" w:rsidRDefault="00E15DBC">
      <w:pPr>
        <w:spacing w:after="40" w:line="240" w:lineRule="auto"/>
        <w:rPr>
          <w:sz w:val="24"/>
          <w:szCs w:val="24"/>
        </w:rPr>
      </w:pPr>
    </w:p>
    <w:p w14:paraId="4E836902" w14:textId="7EAACA8B" w:rsidR="00B60967" w:rsidRPr="00E15DBC" w:rsidRDefault="00000000">
      <w:pPr>
        <w:spacing w:after="40" w:line="240" w:lineRule="auto"/>
        <w:rPr>
          <w:sz w:val="24"/>
          <w:szCs w:val="24"/>
        </w:rPr>
      </w:pPr>
      <w:r w:rsidRPr="00E15DBC">
        <w:rPr>
          <w:sz w:val="24"/>
          <w:szCs w:val="24"/>
        </w:rPr>
        <w:t>7.</w:t>
      </w:r>
      <w:r w:rsidRPr="00E15DBC">
        <w:rPr>
          <w:sz w:val="24"/>
          <w:szCs w:val="24"/>
        </w:rPr>
        <w:tab/>
        <w:t>This referendum does not grant immunity to any person and does not require the Tribe to delay investigation or prosecution until after a person leaves office or employment. A covered offense may be investigated and prosecuted immediately.</w:t>
      </w:r>
    </w:p>
    <w:p w14:paraId="03AD501A" w14:textId="77777777" w:rsidR="00E15DBC" w:rsidRDefault="00E15DBC">
      <w:pPr>
        <w:spacing w:after="40" w:line="240" w:lineRule="auto"/>
        <w:rPr>
          <w:sz w:val="24"/>
          <w:szCs w:val="24"/>
        </w:rPr>
      </w:pPr>
    </w:p>
    <w:p w14:paraId="22603E75" w14:textId="3E63547F" w:rsidR="00B60967" w:rsidRPr="00E15DBC" w:rsidRDefault="00000000">
      <w:pPr>
        <w:spacing w:after="40" w:line="240" w:lineRule="auto"/>
        <w:rPr>
          <w:sz w:val="24"/>
          <w:szCs w:val="24"/>
        </w:rPr>
      </w:pPr>
      <w:r w:rsidRPr="00E15DBC">
        <w:rPr>
          <w:sz w:val="24"/>
          <w:szCs w:val="24"/>
        </w:rPr>
        <w:lastRenderedPageBreak/>
        <w:t>8.</w:t>
      </w:r>
      <w:r w:rsidRPr="00E15DBC">
        <w:rPr>
          <w:sz w:val="24"/>
          <w:szCs w:val="24"/>
        </w:rPr>
        <w:tab/>
        <w:t>This referendum shall apply to covered offenses committed on or after its effective date and, to the fullest extent permitted by the Constitution, the Indian Civil Rights Act, and due process, to covered offenses committed before the effective date for which prosecution was not already barred by an applicable statute of limitations. This referendum shall not revive any prosecution that was already time-barred before this referendum takes effect.</w:t>
      </w:r>
    </w:p>
    <w:p w14:paraId="6148C1FA" w14:textId="77777777" w:rsidR="00B60967" w:rsidRPr="00E15DBC" w:rsidRDefault="00B60967">
      <w:pPr>
        <w:rPr>
          <w:sz w:val="24"/>
          <w:szCs w:val="24"/>
        </w:rPr>
      </w:pPr>
    </w:p>
    <w:p w14:paraId="3F468BDB" w14:textId="77777777" w:rsidR="00B60967" w:rsidRDefault="00000000">
      <w:pPr>
        <w:spacing w:after="40" w:line="240" w:lineRule="auto"/>
        <w:jc w:val="center"/>
        <w:rPr>
          <w:b/>
          <w:sz w:val="24"/>
          <w:szCs w:val="24"/>
        </w:rPr>
      </w:pPr>
      <w:r w:rsidRPr="00E15DBC">
        <w:rPr>
          <w:b/>
          <w:sz w:val="24"/>
          <w:szCs w:val="24"/>
        </w:rPr>
        <w:t>SIGNATURES FOR PETITION</w:t>
      </w:r>
    </w:p>
    <w:p w14:paraId="5804797A" w14:textId="77777777" w:rsidR="00E15DBC" w:rsidRPr="00E15DBC" w:rsidRDefault="00E15DBC">
      <w:pPr>
        <w:spacing w:after="40" w:line="240" w:lineRule="auto"/>
        <w:jc w:val="center"/>
        <w:rPr>
          <w:sz w:val="24"/>
          <w:szCs w:val="24"/>
        </w:rPr>
      </w:pPr>
    </w:p>
    <w:p w14:paraId="107029F4" w14:textId="1EBA102C" w:rsidR="00B60967" w:rsidRPr="00E15DBC" w:rsidRDefault="00E15DBC" w:rsidP="00E15DBC">
      <w:pPr>
        <w:spacing w:after="40" w:line="240" w:lineRule="auto"/>
        <w:rPr>
          <w:sz w:val="24"/>
          <w:szCs w:val="24"/>
        </w:rPr>
      </w:pPr>
      <w:r>
        <w:rPr>
          <w:b/>
          <w:sz w:val="24"/>
          <w:szCs w:val="24"/>
        </w:rPr>
        <w:t xml:space="preserve">              </w:t>
      </w:r>
      <w:r w:rsidR="00000000" w:rsidRPr="00E15DBC">
        <w:rPr>
          <w:b/>
          <w:sz w:val="24"/>
          <w:szCs w:val="24"/>
        </w:rPr>
        <w:t>PRINT NAME</w:t>
      </w:r>
      <w:r w:rsidR="00000000" w:rsidRPr="00E15DBC">
        <w:rPr>
          <w:b/>
          <w:sz w:val="24"/>
          <w:szCs w:val="24"/>
        </w:rPr>
        <w:tab/>
      </w:r>
      <w:r>
        <w:rPr>
          <w:b/>
          <w:sz w:val="24"/>
          <w:szCs w:val="24"/>
        </w:rPr>
        <w:t xml:space="preserve">    </w:t>
      </w:r>
      <w:r w:rsidR="00000000" w:rsidRPr="00E15DBC">
        <w:rPr>
          <w:b/>
          <w:sz w:val="24"/>
          <w:szCs w:val="24"/>
        </w:rPr>
        <w:t>DATE (mm/dd/</w:t>
      </w:r>
      <w:proofErr w:type="spellStart"/>
      <w:r w:rsidR="00000000" w:rsidRPr="00E15DBC">
        <w:rPr>
          <w:b/>
          <w:sz w:val="24"/>
          <w:szCs w:val="24"/>
        </w:rPr>
        <w:t>yy</w:t>
      </w:r>
      <w:proofErr w:type="spellEnd"/>
      <w:r w:rsidR="00000000" w:rsidRPr="00E15DBC">
        <w:rPr>
          <w:b/>
          <w:sz w:val="24"/>
          <w:szCs w:val="24"/>
        </w:rPr>
        <w:t>)</w:t>
      </w:r>
      <w:r w:rsidR="00000000" w:rsidRPr="00E15DBC">
        <w:rPr>
          <w:b/>
          <w:sz w:val="24"/>
          <w:szCs w:val="24"/>
        </w:rPr>
        <w:tab/>
        <w:t>COMMUNITY</w:t>
      </w:r>
      <w:r w:rsidR="00000000" w:rsidRPr="00E15DBC">
        <w:rPr>
          <w:b/>
          <w:sz w:val="24"/>
          <w:szCs w:val="24"/>
        </w:rPr>
        <w:tab/>
      </w:r>
      <w:r>
        <w:rPr>
          <w:b/>
          <w:sz w:val="24"/>
          <w:szCs w:val="24"/>
        </w:rPr>
        <w:t xml:space="preserve">    </w:t>
      </w:r>
      <w:r w:rsidR="00000000" w:rsidRPr="00E15DBC">
        <w:rPr>
          <w:b/>
          <w:sz w:val="24"/>
          <w:szCs w:val="24"/>
        </w:rPr>
        <w:t>TELEPHONE NUMBER</w:t>
      </w:r>
      <w:r w:rsidR="00000000" w:rsidRPr="00E15DBC">
        <w:rPr>
          <w:b/>
          <w:sz w:val="24"/>
          <w:szCs w:val="24"/>
        </w:rPr>
        <w:tab/>
      </w:r>
      <w:r>
        <w:rPr>
          <w:b/>
          <w:sz w:val="24"/>
          <w:szCs w:val="24"/>
        </w:rPr>
        <w:t xml:space="preserve">                </w:t>
      </w:r>
      <w:r w:rsidR="00000000" w:rsidRPr="00E15DBC">
        <w:rPr>
          <w:b/>
          <w:sz w:val="24"/>
          <w:szCs w:val="24"/>
        </w:rPr>
        <w:t>SIGNATURE</w:t>
      </w:r>
    </w:p>
    <w:p w14:paraId="01C4D2F7" w14:textId="77777777" w:rsidR="00E15DBC" w:rsidRDefault="00E15DBC">
      <w:pPr>
        <w:spacing w:after="40" w:line="240" w:lineRule="auto"/>
        <w:rPr>
          <w:sz w:val="24"/>
          <w:szCs w:val="24"/>
        </w:rPr>
      </w:pPr>
    </w:p>
    <w:p w14:paraId="3A061D81" w14:textId="5D2410CD" w:rsidR="00B60967" w:rsidRDefault="00000000">
      <w:pPr>
        <w:spacing w:after="40" w:line="240" w:lineRule="auto"/>
        <w:rPr>
          <w:sz w:val="24"/>
          <w:szCs w:val="24"/>
        </w:rPr>
      </w:pPr>
      <w:r w:rsidRPr="00E15DBC">
        <w:rPr>
          <w:sz w:val="24"/>
          <w:szCs w:val="24"/>
        </w:rPr>
        <w:t>1._____________________________________________________________________________________________________________________</w:t>
      </w:r>
    </w:p>
    <w:p w14:paraId="22017103" w14:textId="77777777" w:rsidR="00E15DBC" w:rsidRPr="00E15DBC" w:rsidRDefault="00E15DBC">
      <w:pPr>
        <w:spacing w:after="40" w:line="240" w:lineRule="auto"/>
        <w:rPr>
          <w:sz w:val="24"/>
          <w:szCs w:val="24"/>
        </w:rPr>
      </w:pPr>
    </w:p>
    <w:p w14:paraId="17A6A99E" w14:textId="52F1A558" w:rsidR="00B60967" w:rsidRPr="00E15DBC" w:rsidRDefault="00000000">
      <w:pPr>
        <w:spacing w:after="40" w:line="240" w:lineRule="auto"/>
        <w:rPr>
          <w:sz w:val="24"/>
          <w:szCs w:val="24"/>
        </w:rPr>
      </w:pPr>
      <w:r w:rsidRPr="00E15DBC">
        <w:rPr>
          <w:sz w:val="24"/>
          <w:szCs w:val="24"/>
        </w:rPr>
        <w:t>2.______________________________________________________________________________________________________________________</w:t>
      </w:r>
    </w:p>
    <w:p w14:paraId="71439739" w14:textId="77777777" w:rsidR="00E15DBC" w:rsidRDefault="00E15DBC">
      <w:pPr>
        <w:spacing w:after="40" w:line="240" w:lineRule="auto"/>
        <w:rPr>
          <w:sz w:val="24"/>
          <w:szCs w:val="24"/>
        </w:rPr>
      </w:pPr>
    </w:p>
    <w:p w14:paraId="6FC5DE60" w14:textId="51E75D25" w:rsidR="00B60967" w:rsidRDefault="00000000">
      <w:pPr>
        <w:spacing w:after="40" w:line="240" w:lineRule="auto"/>
        <w:rPr>
          <w:sz w:val="24"/>
          <w:szCs w:val="24"/>
        </w:rPr>
      </w:pPr>
      <w:r w:rsidRPr="00E15DBC">
        <w:rPr>
          <w:sz w:val="24"/>
          <w:szCs w:val="24"/>
        </w:rPr>
        <w:t>3.______________________________________________________________________________________________________________________</w:t>
      </w:r>
    </w:p>
    <w:p w14:paraId="30C1478A" w14:textId="77777777" w:rsidR="00E15DBC" w:rsidRPr="00E15DBC" w:rsidRDefault="00E15DBC">
      <w:pPr>
        <w:spacing w:after="40" w:line="240" w:lineRule="auto"/>
        <w:rPr>
          <w:sz w:val="24"/>
          <w:szCs w:val="24"/>
        </w:rPr>
      </w:pPr>
    </w:p>
    <w:p w14:paraId="14F0E9C3" w14:textId="00D92D73" w:rsidR="00B60967" w:rsidRDefault="00000000">
      <w:pPr>
        <w:spacing w:after="40" w:line="240" w:lineRule="auto"/>
        <w:rPr>
          <w:sz w:val="24"/>
          <w:szCs w:val="24"/>
        </w:rPr>
      </w:pPr>
      <w:r w:rsidRPr="00E15DBC">
        <w:rPr>
          <w:sz w:val="24"/>
          <w:szCs w:val="24"/>
        </w:rPr>
        <w:t>4._____________________________________________________________________________________________________________________</w:t>
      </w:r>
    </w:p>
    <w:p w14:paraId="7516A587" w14:textId="77777777" w:rsidR="00E15DBC" w:rsidRPr="00E15DBC" w:rsidRDefault="00E15DBC">
      <w:pPr>
        <w:spacing w:after="40" w:line="240" w:lineRule="auto"/>
        <w:rPr>
          <w:sz w:val="24"/>
          <w:szCs w:val="24"/>
        </w:rPr>
      </w:pPr>
    </w:p>
    <w:p w14:paraId="79448C11" w14:textId="554268C4" w:rsidR="00B60967" w:rsidRDefault="00000000">
      <w:pPr>
        <w:spacing w:after="40" w:line="240" w:lineRule="auto"/>
        <w:rPr>
          <w:sz w:val="24"/>
          <w:szCs w:val="24"/>
        </w:rPr>
      </w:pPr>
      <w:r w:rsidRPr="00E15DBC">
        <w:rPr>
          <w:sz w:val="24"/>
          <w:szCs w:val="24"/>
        </w:rPr>
        <w:t>5.______________________________________________________________________________________________________________________</w:t>
      </w:r>
    </w:p>
    <w:p w14:paraId="4E36EFA0" w14:textId="77777777" w:rsidR="00E15DBC" w:rsidRPr="00E15DBC" w:rsidRDefault="00E15DBC">
      <w:pPr>
        <w:spacing w:after="40" w:line="240" w:lineRule="auto"/>
        <w:rPr>
          <w:sz w:val="24"/>
          <w:szCs w:val="24"/>
        </w:rPr>
      </w:pPr>
    </w:p>
    <w:p w14:paraId="55BE6B26" w14:textId="4181CDF2" w:rsidR="00B60967" w:rsidRDefault="00000000">
      <w:pPr>
        <w:spacing w:after="40" w:line="240" w:lineRule="auto"/>
        <w:rPr>
          <w:sz w:val="24"/>
          <w:szCs w:val="24"/>
        </w:rPr>
      </w:pPr>
      <w:r w:rsidRPr="00E15DBC">
        <w:rPr>
          <w:sz w:val="24"/>
          <w:szCs w:val="24"/>
        </w:rPr>
        <w:t>6.______________________________________________________________________________________________________________________</w:t>
      </w:r>
    </w:p>
    <w:p w14:paraId="7AE8CEEC" w14:textId="77777777" w:rsidR="00E15DBC" w:rsidRPr="00E15DBC" w:rsidRDefault="00E15DBC">
      <w:pPr>
        <w:spacing w:after="40" w:line="240" w:lineRule="auto"/>
        <w:rPr>
          <w:sz w:val="24"/>
          <w:szCs w:val="24"/>
        </w:rPr>
      </w:pPr>
    </w:p>
    <w:p w14:paraId="05217E21" w14:textId="5F0B0038" w:rsidR="00B60967" w:rsidRDefault="00000000">
      <w:pPr>
        <w:spacing w:after="40" w:line="240" w:lineRule="auto"/>
        <w:rPr>
          <w:sz w:val="24"/>
          <w:szCs w:val="24"/>
        </w:rPr>
      </w:pPr>
      <w:r w:rsidRPr="00E15DBC">
        <w:rPr>
          <w:sz w:val="24"/>
          <w:szCs w:val="24"/>
        </w:rPr>
        <w:t>7.______________________________________________________________________________________________________________________</w:t>
      </w:r>
    </w:p>
    <w:p w14:paraId="576BC534" w14:textId="77777777" w:rsidR="00E15DBC" w:rsidRPr="00E15DBC" w:rsidRDefault="00E15DBC">
      <w:pPr>
        <w:spacing w:after="40" w:line="240" w:lineRule="auto"/>
        <w:rPr>
          <w:sz w:val="24"/>
          <w:szCs w:val="24"/>
        </w:rPr>
      </w:pPr>
    </w:p>
    <w:p w14:paraId="70F06BFC" w14:textId="767BEFA9" w:rsidR="00B60967" w:rsidRDefault="00000000">
      <w:pPr>
        <w:spacing w:after="40" w:line="240" w:lineRule="auto"/>
        <w:rPr>
          <w:sz w:val="24"/>
          <w:szCs w:val="24"/>
        </w:rPr>
      </w:pPr>
      <w:r w:rsidRPr="00E15DBC">
        <w:rPr>
          <w:sz w:val="24"/>
          <w:szCs w:val="24"/>
        </w:rPr>
        <w:t>8.______________________________________________________________________________________________________________________</w:t>
      </w:r>
    </w:p>
    <w:p w14:paraId="00D00593" w14:textId="77777777" w:rsidR="00E15DBC" w:rsidRPr="00E15DBC" w:rsidRDefault="00E15DBC">
      <w:pPr>
        <w:spacing w:after="40" w:line="240" w:lineRule="auto"/>
        <w:rPr>
          <w:sz w:val="24"/>
          <w:szCs w:val="24"/>
        </w:rPr>
      </w:pPr>
    </w:p>
    <w:p w14:paraId="526BA4FF" w14:textId="7681F538" w:rsidR="00B60967" w:rsidRDefault="00000000">
      <w:pPr>
        <w:spacing w:after="40" w:line="240" w:lineRule="auto"/>
        <w:rPr>
          <w:sz w:val="24"/>
          <w:szCs w:val="24"/>
        </w:rPr>
      </w:pPr>
      <w:r w:rsidRPr="00E15DBC">
        <w:rPr>
          <w:sz w:val="24"/>
          <w:szCs w:val="24"/>
        </w:rPr>
        <w:t>9.______________________________________________________________________________________________________________________</w:t>
      </w:r>
    </w:p>
    <w:p w14:paraId="65C0D397" w14:textId="77777777" w:rsidR="00E15DBC" w:rsidRPr="00E15DBC" w:rsidRDefault="00E15DBC">
      <w:pPr>
        <w:spacing w:after="40" w:line="240" w:lineRule="auto"/>
        <w:rPr>
          <w:sz w:val="24"/>
          <w:szCs w:val="24"/>
        </w:rPr>
      </w:pPr>
    </w:p>
    <w:p w14:paraId="06A5AD9F" w14:textId="7161B3B9" w:rsidR="00B60967" w:rsidRDefault="00000000">
      <w:pPr>
        <w:spacing w:after="40" w:line="240" w:lineRule="auto"/>
        <w:rPr>
          <w:sz w:val="24"/>
          <w:szCs w:val="24"/>
        </w:rPr>
      </w:pPr>
      <w:r w:rsidRPr="00E15DBC">
        <w:rPr>
          <w:sz w:val="24"/>
          <w:szCs w:val="24"/>
        </w:rPr>
        <w:t>10._____________________________________________________________________________________________________________________</w:t>
      </w:r>
    </w:p>
    <w:p w14:paraId="390384D7" w14:textId="77777777" w:rsidR="00E15DBC" w:rsidRPr="00E15DBC" w:rsidRDefault="00E15DBC">
      <w:pPr>
        <w:spacing w:after="40" w:line="240" w:lineRule="auto"/>
        <w:rPr>
          <w:sz w:val="24"/>
          <w:szCs w:val="24"/>
        </w:rPr>
      </w:pPr>
    </w:p>
    <w:p w14:paraId="1D025E38" w14:textId="186A43E9" w:rsidR="00B60967" w:rsidRDefault="00000000">
      <w:pPr>
        <w:spacing w:after="40" w:line="240" w:lineRule="auto"/>
        <w:rPr>
          <w:sz w:val="24"/>
          <w:szCs w:val="24"/>
        </w:rPr>
      </w:pPr>
      <w:r w:rsidRPr="00E15DBC">
        <w:rPr>
          <w:sz w:val="24"/>
          <w:szCs w:val="24"/>
        </w:rPr>
        <w:t>11._____________________________________________________________________________________________________________________</w:t>
      </w:r>
    </w:p>
    <w:p w14:paraId="28419D3D" w14:textId="77777777" w:rsidR="00E15DBC" w:rsidRPr="00E15DBC" w:rsidRDefault="00E15DBC">
      <w:pPr>
        <w:spacing w:after="40" w:line="240" w:lineRule="auto"/>
        <w:rPr>
          <w:sz w:val="24"/>
          <w:szCs w:val="24"/>
        </w:rPr>
      </w:pPr>
    </w:p>
    <w:p w14:paraId="7EE53952" w14:textId="34A765E8" w:rsidR="00B60967" w:rsidRDefault="00000000">
      <w:pPr>
        <w:spacing w:after="40" w:line="240" w:lineRule="auto"/>
        <w:rPr>
          <w:sz w:val="24"/>
          <w:szCs w:val="24"/>
        </w:rPr>
      </w:pPr>
      <w:r w:rsidRPr="00E15DBC">
        <w:rPr>
          <w:sz w:val="24"/>
          <w:szCs w:val="24"/>
        </w:rPr>
        <w:t>12._____________________________________________________________________________________________________________________</w:t>
      </w:r>
    </w:p>
    <w:p w14:paraId="51087584" w14:textId="77777777" w:rsidR="00E15DBC" w:rsidRPr="00E15DBC" w:rsidRDefault="00E15DBC">
      <w:pPr>
        <w:spacing w:after="40" w:line="240" w:lineRule="auto"/>
        <w:rPr>
          <w:sz w:val="24"/>
          <w:szCs w:val="24"/>
        </w:rPr>
      </w:pPr>
    </w:p>
    <w:p w14:paraId="3AD4FAB9" w14:textId="7C4CC697" w:rsidR="00B60967" w:rsidRDefault="00000000">
      <w:pPr>
        <w:spacing w:after="40" w:line="240" w:lineRule="auto"/>
        <w:rPr>
          <w:sz w:val="24"/>
          <w:szCs w:val="24"/>
        </w:rPr>
      </w:pPr>
      <w:r w:rsidRPr="00E15DBC">
        <w:rPr>
          <w:sz w:val="24"/>
          <w:szCs w:val="24"/>
        </w:rPr>
        <w:t>13._____________________________________________________________________________________________________________________</w:t>
      </w:r>
    </w:p>
    <w:p w14:paraId="526BE9AB" w14:textId="77777777" w:rsidR="00E15DBC" w:rsidRDefault="00E15DBC">
      <w:pPr>
        <w:spacing w:after="40" w:line="240" w:lineRule="auto"/>
        <w:rPr>
          <w:sz w:val="24"/>
          <w:szCs w:val="24"/>
        </w:rPr>
      </w:pPr>
    </w:p>
    <w:p w14:paraId="687302EE" w14:textId="77777777" w:rsidR="00E15DBC" w:rsidRDefault="00E15DBC">
      <w:pPr>
        <w:spacing w:after="40" w:line="240" w:lineRule="auto"/>
        <w:rPr>
          <w:sz w:val="24"/>
          <w:szCs w:val="24"/>
        </w:rPr>
      </w:pPr>
    </w:p>
    <w:p w14:paraId="1A885732" w14:textId="77777777" w:rsidR="00E15DBC" w:rsidRDefault="00E15DBC" w:rsidP="00E15DBC">
      <w:pPr>
        <w:spacing w:after="40" w:line="240" w:lineRule="auto"/>
        <w:jc w:val="center"/>
        <w:rPr>
          <w:b/>
          <w:sz w:val="24"/>
          <w:szCs w:val="24"/>
        </w:rPr>
      </w:pPr>
      <w:r w:rsidRPr="00E15DBC">
        <w:rPr>
          <w:b/>
          <w:sz w:val="24"/>
          <w:szCs w:val="24"/>
        </w:rPr>
        <w:t>SIGNATURES FOR PETITION</w:t>
      </w:r>
    </w:p>
    <w:p w14:paraId="7B85DDA5" w14:textId="77777777" w:rsidR="00E15DBC" w:rsidRPr="00E15DBC" w:rsidRDefault="00E15DBC" w:rsidP="00E15DBC">
      <w:pPr>
        <w:spacing w:after="40" w:line="240" w:lineRule="auto"/>
        <w:jc w:val="center"/>
        <w:rPr>
          <w:sz w:val="24"/>
          <w:szCs w:val="24"/>
        </w:rPr>
      </w:pPr>
    </w:p>
    <w:p w14:paraId="599503E4" w14:textId="77777777" w:rsidR="00E15DBC" w:rsidRPr="00E15DBC" w:rsidRDefault="00E15DBC" w:rsidP="00E15DBC">
      <w:pPr>
        <w:spacing w:after="40" w:line="240" w:lineRule="auto"/>
        <w:rPr>
          <w:sz w:val="24"/>
          <w:szCs w:val="24"/>
        </w:rPr>
      </w:pPr>
      <w:r>
        <w:rPr>
          <w:b/>
          <w:sz w:val="24"/>
          <w:szCs w:val="24"/>
        </w:rPr>
        <w:t xml:space="preserve">              </w:t>
      </w:r>
      <w:r w:rsidRPr="00E15DBC">
        <w:rPr>
          <w:b/>
          <w:sz w:val="24"/>
          <w:szCs w:val="24"/>
        </w:rPr>
        <w:t>PRINT NAME</w:t>
      </w:r>
      <w:r w:rsidRPr="00E15DBC">
        <w:rPr>
          <w:b/>
          <w:sz w:val="24"/>
          <w:szCs w:val="24"/>
        </w:rPr>
        <w:tab/>
      </w:r>
      <w:r>
        <w:rPr>
          <w:b/>
          <w:sz w:val="24"/>
          <w:szCs w:val="24"/>
        </w:rPr>
        <w:t xml:space="preserve">    </w:t>
      </w:r>
      <w:r w:rsidRPr="00E15DBC">
        <w:rPr>
          <w:b/>
          <w:sz w:val="24"/>
          <w:szCs w:val="24"/>
        </w:rPr>
        <w:t>DATE (mm/dd/</w:t>
      </w:r>
      <w:proofErr w:type="spellStart"/>
      <w:r w:rsidRPr="00E15DBC">
        <w:rPr>
          <w:b/>
          <w:sz w:val="24"/>
          <w:szCs w:val="24"/>
        </w:rPr>
        <w:t>yy</w:t>
      </w:r>
      <w:proofErr w:type="spellEnd"/>
      <w:r w:rsidRPr="00E15DBC">
        <w:rPr>
          <w:b/>
          <w:sz w:val="24"/>
          <w:szCs w:val="24"/>
        </w:rPr>
        <w:t>)</w:t>
      </w:r>
      <w:r w:rsidRPr="00E15DBC">
        <w:rPr>
          <w:b/>
          <w:sz w:val="24"/>
          <w:szCs w:val="24"/>
        </w:rPr>
        <w:tab/>
        <w:t>COMMUNITY</w:t>
      </w:r>
      <w:r w:rsidRPr="00E15DBC">
        <w:rPr>
          <w:b/>
          <w:sz w:val="24"/>
          <w:szCs w:val="24"/>
        </w:rPr>
        <w:tab/>
      </w:r>
      <w:r>
        <w:rPr>
          <w:b/>
          <w:sz w:val="24"/>
          <w:szCs w:val="24"/>
        </w:rPr>
        <w:t xml:space="preserve">    </w:t>
      </w:r>
      <w:r w:rsidRPr="00E15DBC">
        <w:rPr>
          <w:b/>
          <w:sz w:val="24"/>
          <w:szCs w:val="24"/>
        </w:rPr>
        <w:t>TELEPHONE NUMBER</w:t>
      </w:r>
      <w:r w:rsidRPr="00E15DBC">
        <w:rPr>
          <w:b/>
          <w:sz w:val="24"/>
          <w:szCs w:val="24"/>
        </w:rPr>
        <w:tab/>
      </w:r>
      <w:r>
        <w:rPr>
          <w:b/>
          <w:sz w:val="24"/>
          <w:szCs w:val="24"/>
        </w:rPr>
        <w:t xml:space="preserve">                </w:t>
      </w:r>
      <w:r w:rsidRPr="00E15DBC">
        <w:rPr>
          <w:b/>
          <w:sz w:val="24"/>
          <w:szCs w:val="24"/>
        </w:rPr>
        <w:t>SIGNATURE</w:t>
      </w:r>
    </w:p>
    <w:p w14:paraId="44C332E5" w14:textId="77777777" w:rsidR="00E15DBC" w:rsidRDefault="00E15DBC" w:rsidP="00E15DBC">
      <w:pPr>
        <w:spacing w:after="40" w:line="240" w:lineRule="auto"/>
        <w:rPr>
          <w:sz w:val="24"/>
          <w:szCs w:val="24"/>
        </w:rPr>
      </w:pPr>
    </w:p>
    <w:p w14:paraId="0F8458B5" w14:textId="5FF2B810" w:rsidR="00E15DBC" w:rsidRDefault="00E15DBC" w:rsidP="00E15DBC">
      <w:pPr>
        <w:spacing w:after="40" w:line="240" w:lineRule="auto"/>
        <w:rPr>
          <w:sz w:val="24"/>
          <w:szCs w:val="24"/>
        </w:rPr>
      </w:pPr>
      <w:r w:rsidRPr="00E15DBC">
        <w:rPr>
          <w:sz w:val="24"/>
          <w:szCs w:val="24"/>
        </w:rPr>
        <w:t>1</w:t>
      </w:r>
      <w:r>
        <w:rPr>
          <w:sz w:val="24"/>
          <w:szCs w:val="24"/>
        </w:rPr>
        <w:t>4</w:t>
      </w:r>
      <w:r w:rsidRPr="00E15DBC">
        <w:rPr>
          <w:sz w:val="24"/>
          <w:szCs w:val="24"/>
        </w:rPr>
        <w:t>._____________________________________________________________________________________________________________________</w:t>
      </w:r>
    </w:p>
    <w:p w14:paraId="634BBF3D" w14:textId="77777777" w:rsidR="00E15DBC" w:rsidRPr="00E15DBC" w:rsidRDefault="00E15DBC" w:rsidP="00E15DBC">
      <w:pPr>
        <w:spacing w:after="40" w:line="240" w:lineRule="auto"/>
        <w:rPr>
          <w:sz w:val="24"/>
          <w:szCs w:val="24"/>
        </w:rPr>
      </w:pPr>
    </w:p>
    <w:p w14:paraId="6BF47CCC" w14:textId="6B36B6E0" w:rsidR="00E15DBC" w:rsidRPr="00E15DBC" w:rsidRDefault="00E15DBC" w:rsidP="00E15DBC">
      <w:pPr>
        <w:spacing w:after="40" w:line="240" w:lineRule="auto"/>
        <w:rPr>
          <w:sz w:val="24"/>
          <w:szCs w:val="24"/>
        </w:rPr>
      </w:pPr>
      <w:r>
        <w:rPr>
          <w:sz w:val="24"/>
          <w:szCs w:val="24"/>
        </w:rPr>
        <w:t>15</w:t>
      </w:r>
      <w:r w:rsidRPr="00E15DBC">
        <w:rPr>
          <w:sz w:val="24"/>
          <w:szCs w:val="24"/>
        </w:rPr>
        <w:t>._____________________________________________________________________________________________________________________</w:t>
      </w:r>
    </w:p>
    <w:p w14:paraId="1D647EB2" w14:textId="77777777" w:rsidR="00E15DBC" w:rsidRDefault="00E15DBC" w:rsidP="00E15DBC">
      <w:pPr>
        <w:spacing w:after="40" w:line="240" w:lineRule="auto"/>
        <w:rPr>
          <w:sz w:val="24"/>
          <w:szCs w:val="24"/>
        </w:rPr>
      </w:pPr>
    </w:p>
    <w:p w14:paraId="335D2B63" w14:textId="7A1905EC" w:rsidR="00E15DBC" w:rsidRDefault="00E15DBC" w:rsidP="00E15DBC">
      <w:pPr>
        <w:spacing w:after="40" w:line="240" w:lineRule="auto"/>
        <w:rPr>
          <w:sz w:val="24"/>
          <w:szCs w:val="24"/>
        </w:rPr>
      </w:pPr>
      <w:r>
        <w:rPr>
          <w:sz w:val="24"/>
          <w:szCs w:val="24"/>
        </w:rPr>
        <w:t>16</w:t>
      </w:r>
      <w:r w:rsidRPr="00E15DBC">
        <w:rPr>
          <w:sz w:val="24"/>
          <w:szCs w:val="24"/>
        </w:rPr>
        <w:t>._____________________________________________________________________________________________________________________</w:t>
      </w:r>
    </w:p>
    <w:p w14:paraId="18563BB3" w14:textId="77777777" w:rsidR="00E15DBC" w:rsidRPr="00E15DBC" w:rsidRDefault="00E15DBC" w:rsidP="00E15DBC">
      <w:pPr>
        <w:spacing w:after="40" w:line="240" w:lineRule="auto"/>
        <w:rPr>
          <w:sz w:val="24"/>
          <w:szCs w:val="24"/>
        </w:rPr>
      </w:pPr>
    </w:p>
    <w:p w14:paraId="3F3D077C" w14:textId="08A7B559" w:rsidR="00E15DBC" w:rsidRDefault="00E15DBC" w:rsidP="00E15DBC">
      <w:pPr>
        <w:spacing w:after="40" w:line="240" w:lineRule="auto"/>
        <w:rPr>
          <w:sz w:val="24"/>
          <w:szCs w:val="24"/>
        </w:rPr>
      </w:pPr>
      <w:r>
        <w:rPr>
          <w:sz w:val="24"/>
          <w:szCs w:val="24"/>
        </w:rPr>
        <w:t>17</w:t>
      </w:r>
      <w:r w:rsidRPr="00E15DBC">
        <w:rPr>
          <w:sz w:val="24"/>
          <w:szCs w:val="24"/>
        </w:rPr>
        <w:t>._____________________________________________________________________________________________________________________</w:t>
      </w:r>
    </w:p>
    <w:p w14:paraId="23550880" w14:textId="77777777" w:rsidR="00E15DBC" w:rsidRPr="00E15DBC" w:rsidRDefault="00E15DBC" w:rsidP="00E15DBC">
      <w:pPr>
        <w:spacing w:after="40" w:line="240" w:lineRule="auto"/>
        <w:rPr>
          <w:sz w:val="24"/>
          <w:szCs w:val="24"/>
        </w:rPr>
      </w:pPr>
    </w:p>
    <w:p w14:paraId="1033D1EC" w14:textId="57E04C8E" w:rsidR="00E15DBC" w:rsidRDefault="00E15DBC" w:rsidP="00E15DBC">
      <w:pPr>
        <w:spacing w:after="40" w:line="240" w:lineRule="auto"/>
        <w:rPr>
          <w:sz w:val="24"/>
          <w:szCs w:val="24"/>
        </w:rPr>
      </w:pPr>
      <w:r>
        <w:rPr>
          <w:sz w:val="24"/>
          <w:szCs w:val="24"/>
        </w:rPr>
        <w:t>18</w:t>
      </w:r>
      <w:r w:rsidRPr="00E15DBC">
        <w:rPr>
          <w:sz w:val="24"/>
          <w:szCs w:val="24"/>
        </w:rPr>
        <w:t>._____________________________________________________________________________________________________________________</w:t>
      </w:r>
    </w:p>
    <w:p w14:paraId="2F08FFC9" w14:textId="77777777" w:rsidR="00E15DBC" w:rsidRPr="00E15DBC" w:rsidRDefault="00E15DBC" w:rsidP="00E15DBC">
      <w:pPr>
        <w:spacing w:after="40" w:line="240" w:lineRule="auto"/>
        <w:rPr>
          <w:sz w:val="24"/>
          <w:szCs w:val="24"/>
        </w:rPr>
      </w:pPr>
    </w:p>
    <w:p w14:paraId="07498C94" w14:textId="2B46FDAE" w:rsidR="00E15DBC" w:rsidRDefault="00E15DBC" w:rsidP="00E15DBC">
      <w:pPr>
        <w:spacing w:after="40" w:line="240" w:lineRule="auto"/>
        <w:rPr>
          <w:sz w:val="24"/>
          <w:szCs w:val="24"/>
        </w:rPr>
      </w:pPr>
      <w:r>
        <w:rPr>
          <w:sz w:val="24"/>
          <w:szCs w:val="24"/>
        </w:rPr>
        <w:t>19</w:t>
      </w:r>
      <w:r w:rsidRPr="00E15DBC">
        <w:rPr>
          <w:sz w:val="24"/>
          <w:szCs w:val="24"/>
        </w:rPr>
        <w:t>._____________________________________________________________________________________________________________________</w:t>
      </w:r>
    </w:p>
    <w:p w14:paraId="2BA2B2FA" w14:textId="77777777" w:rsidR="00E15DBC" w:rsidRPr="00E15DBC" w:rsidRDefault="00E15DBC" w:rsidP="00E15DBC">
      <w:pPr>
        <w:spacing w:after="40" w:line="240" w:lineRule="auto"/>
        <w:rPr>
          <w:sz w:val="24"/>
          <w:szCs w:val="24"/>
        </w:rPr>
      </w:pPr>
    </w:p>
    <w:p w14:paraId="1BB8F6EA" w14:textId="2D556882" w:rsidR="00E15DBC" w:rsidRDefault="00E15DBC" w:rsidP="00E15DBC">
      <w:pPr>
        <w:spacing w:after="40" w:line="240" w:lineRule="auto"/>
        <w:rPr>
          <w:sz w:val="24"/>
          <w:szCs w:val="24"/>
        </w:rPr>
      </w:pPr>
      <w:r>
        <w:rPr>
          <w:sz w:val="24"/>
          <w:szCs w:val="24"/>
        </w:rPr>
        <w:t>20</w:t>
      </w:r>
      <w:r w:rsidRPr="00E15DBC">
        <w:rPr>
          <w:sz w:val="24"/>
          <w:szCs w:val="24"/>
        </w:rPr>
        <w:t>._____________________________________________________________________________________________________________________</w:t>
      </w:r>
    </w:p>
    <w:p w14:paraId="21E53D89" w14:textId="77777777" w:rsidR="00E15DBC" w:rsidRPr="00E15DBC" w:rsidRDefault="00E15DBC" w:rsidP="00E15DBC">
      <w:pPr>
        <w:spacing w:after="40" w:line="240" w:lineRule="auto"/>
        <w:rPr>
          <w:sz w:val="24"/>
          <w:szCs w:val="24"/>
        </w:rPr>
      </w:pPr>
    </w:p>
    <w:p w14:paraId="72767208" w14:textId="218AA04A" w:rsidR="00E15DBC" w:rsidRDefault="00E15DBC" w:rsidP="00E15DBC">
      <w:pPr>
        <w:spacing w:after="40" w:line="240" w:lineRule="auto"/>
        <w:rPr>
          <w:sz w:val="24"/>
          <w:szCs w:val="24"/>
        </w:rPr>
      </w:pPr>
      <w:r>
        <w:rPr>
          <w:sz w:val="24"/>
          <w:szCs w:val="24"/>
        </w:rPr>
        <w:t>21</w:t>
      </w:r>
      <w:r w:rsidRPr="00E15DBC">
        <w:rPr>
          <w:sz w:val="24"/>
          <w:szCs w:val="24"/>
        </w:rPr>
        <w:t>._____________________________________________________________________________________________________________________</w:t>
      </w:r>
    </w:p>
    <w:p w14:paraId="45017EC3" w14:textId="77777777" w:rsidR="00E15DBC" w:rsidRPr="00E15DBC" w:rsidRDefault="00E15DBC" w:rsidP="00E15DBC">
      <w:pPr>
        <w:spacing w:after="40" w:line="240" w:lineRule="auto"/>
        <w:rPr>
          <w:sz w:val="24"/>
          <w:szCs w:val="24"/>
        </w:rPr>
      </w:pPr>
    </w:p>
    <w:p w14:paraId="6568E15E" w14:textId="63D75548" w:rsidR="00E15DBC" w:rsidRDefault="00E15DBC" w:rsidP="00E15DBC">
      <w:pPr>
        <w:spacing w:after="40" w:line="240" w:lineRule="auto"/>
        <w:rPr>
          <w:sz w:val="24"/>
          <w:szCs w:val="24"/>
        </w:rPr>
      </w:pPr>
      <w:r>
        <w:rPr>
          <w:sz w:val="24"/>
          <w:szCs w:val="24"/>
        </w:rPr>
        <w:t>22</w:t>
      </w:r>
      <w:r w:rsidRPr="00E15DBC">
        <w:rPr>
          <w:sz w:val="24"/>
          <w:szCs w:val="24"/>
        </w:rPr>
        <w:t>._____________________________________________________________________________________________________________________</w:t>
      </w:r>
    </w:p>
    <w:p w14:paraId="039ACDE3" w14:textId="77777777" w:rsidR="00E15DBC" w:rsidRPr="00E15DBC" w:rsidRDefault="00E15DBC" w:rsidP="00E15DBC">
      <w:pPr>
        <w:spacing w:after="40" w:line="240" w:lineRule="auto"/>
        <w:rPr>
          <w:sz w:val="24"/>
          <w:szCs w:val="24"/>
        </w:rPr>
      </w:pPr>
    </w:p>
    <w:p w14:paraId="64D91ECE" w14:textId="4CBDDC92" w:rsidR="00E15DBC" w:rsidRDefault="00E15DBC" w:rsidP="00E15DBC">
      <w:pPr>
        <w:spacing w:after="40" w:line="240" w:lineRule="auto"/>
        <w:rPr>
          <w:sz w:val="24"/>
          <w:szCs w:val="24"/>
        </w:rPr>
      </w:pPr>
      <w:r>
        <w:rPr>
          <w:sz w:val="24"/>
          <w:szCs w:val="24"/>
        </w:rPr>
        <w:t>23</w:t>
      </w:r>
      <w:r w:rsidRPr="00E15DBC">
        <w:rPr>
          <w:sz w:val="24"/>
          <w:szCs w:val="24"/>
        </w:rPr>
        <w:t>._____________________________________________________________________________________________________________________</w:t>
      </w:r>
    </w:p>
    <w:p w14:paraId="787FBE84" w14:textId="77777777" w:rsidR="00E15DBC" w:rsidRPr="00E15DBC" w:rsidRDefault="00E15DBC" w:rsidP="00E15DBC">
      <w:pPr>
        <w:spacing w:after="40" w:line="240" w:lineRule="auto"/>
        <w:rPr>
          <w:sz w:val="24"/>
          <w:szCs w:val="24"/>
        </w:rPr>
      </w:pPr>
    </w:p>
    <w:p w14:paraId="57BCCD8E" w14:textId="4D13DFFC" w:rsidR="00E15DBC" w:rsidRDefault="00E15DBC" w:rsidP="00E15DBC">
      <w:pPr>
        <w:spacing w:after="40" w:line="240" w:lineRule="auto"/>
        <w:rPr>
          <w:sz w:val="24"/>
          <w:szCs w:val="24"/>
        </w:rPr>
      </w:pPr>
      <w:r>
        <w:rPr>
          <w:sz w:val="24"/>
          <w:szCs w:val="24"/>
        </w:rPr>
        <w:t>24</w:t>
      </w:r>
      <w:r w:rsidRPr="00E15DBC">
        <w:rPr>
          <w:sz w:val="24"/>
          <w:szCs w:val="24"/>
        </w:rPr>
        <w:t>._____________________________________________________________________________________________________________________</w:t>
      </w:r>
    </w:p>
    <w:p w14:paraId="0126A751" w14:textId="77777777" w:rsidR="00E15DBC" w:rsidRPr="00E15DBC" w:rsidRDefault="00E15DBC" w:rsidP="00E15DBC">
      <w:pPr>
        <w:spacing w:after="40" w:line="240" w:lineRule="auto"/>
        <w:rPr>
          <w:sz w:val="24"/>
          <w:szCs w:val="24"/>
        </w:rPr>
      </w:pPr>
    </w:p>
    <w:p w14:paraId="42ED8307" w14:textId="18181D47" w:rsidR="00E15DBC" w:rsidRDefault="00E15DBC" w:rsidP="00E15DBC">
      <w:pPr>
        <w:spacing w:after="40" w:line="240" w:lineRule="auto"/>
        <w:rPr>
          <w:sz w:val="24"/>
          <w:szCs w:val="24"/>
        </w:rPr>
      </w:pPr>
      <w:r>
        <w:rPr>
          <w:sz w:val="24"/>
          <w:szCs w:val="24"/>
        </w:rPr>
        <w:t>25</w:t>
      </w:r>
      <w:r w:rsidRPr="00E15DBC">
        <w:rPr>
          <w:sz w:val="24"/>
          <w:szCs w:val="24"/>
        </w:rPr>
        <w:t>._____________________________________________________________________________________________________________________</w:t>
      </w:r>
    </w:p>
    <w:p w14:paraId="2CC86AA7" w14:textId="77777777" w:rsidR="00E15DBC" w:rsidRPr="00E15DBC" w:rsidRDefault="00E15DBC" w:rsidP="00E15DBC">
      <w:pPr>
        <w:spacing w:after="40" w:line="240" w:lineRule="auto"/>
        <w:rPr>
          <w:sz w:val="24"/>
          <w:szCs w:val="24"/>
        </w:rPr>
      </w:pPr>
    </w:p>
    <w:p w14:paraId="1FB05612" w14:textId="7CD60731" w:rsidR="00E15DBC" w:rsidRPr="00E15DBC" w:rsidRDefault="00E15DBC" w:rsidP="00E15DBC">
      <w:pPr>
        <w:spacing w:after="40" w:line="240" w:lineRule="auto"/>
        <w:rPr>
          <w:sz w:val="24"/>
          <w:szCs w:val="24"/>
        </w:rPr>
      </w:pPr>
      <w:r>
        <w:rPr>
          <w:sz w:val="24"/>
          <w:szCs w:val="24"/>
        </w:rPr>
        <w:t>26</w:t>
      </w:r>
      <w:r w:rsidRPr="00E15DBC">
        <w:rPr>
          <w:sz w:val="24"/>
          <w:szCs w:val="24"/>
        </w:rPr>
        <w:t>._____________________________________________________________________________________________________________________</w:t>
      </w:r>
    </w:p>
    <w:p w14:paraId="4AE2BC5E" w14:textId="77777777" w:rsidR="00E15DBC" w:rsidRDefault="00E15DBC" w:rsidP="00E15DBC">
      <w:pPr>
        <w:spacing w:after="40" w:line="240" w:lineRule="auto"/>
        <w:rPr>
          <w:sz w:val="24"/>
          <w:szCs w:val="24"/>
        </w:rPr>
      </w:pPr>
    </w:p>
    <w:p w14:paraId="5EC43B21" w14:textId="36135C8C" w:rsidR="00E15DBC" w:rsidRDefault="00E15DBC" w:rsidP="00E15DBC">
      <w:pPr>
        <w:spacing w:after="40" w:line="240" w:lineRule="auto"/>
        <w:rPr>
          <w:sz w:val="24"/>
          <w:szCs w:val="24"/>
        </w:rPr>
      </w:pPr>
      <w:r>
        <w:rPr>
          <w:sz w:val="24"/>
          <w:szCs w:val="24"/>
        </w:rPr>
        <w:t>27</w:t>
      </w:r>
      <w:r w:rsidRPr="00E15DBC">
        <w:rPr>
          <w:sz w:val="24"/>
          <w:szCs w:val="24"/>
        </w:rPr>
        <w:t>._____________________________________________________________________________________________________________________</w:t>
      </w:r>
    </w:p>
    <w:p w14:paraId="291D5BF3" w14:textId="77777777" w:rsidR="00E15DBC" w:rsidRPr="00E15DBC" w:rsidRDefault="00E15DBC" w:rsidP="00E15DBC">
      <w:pPr>
        <w:spacing w:after="40" w:line="240" w:lineRule="auto"/>
        <w:rPr>
          <w:sz w:val="24"/>
          <w:szCs w:val="24"/>
        </w:rPr>
      </w:pPr>
    </w:p>
    <w:p w14:paraId="1FF51501" w14:textId="5987957E" w:rsidR="00E15DBC" w:rsidRPr="00E15DBC" w:rsidRDefault="00E15DBC" w:rsidP="00E15DBC">
      <w:pPr>
        <w:spacing w:after="40" w:line="240" w:lineRule="auto"/>
        <w:rPr>
          <w:sz w:val="24"/>
          <w:szCs w:val="24"/>
        </w:rPr>
      </w:pPr>
      <w:r>
        <w:rPr>
          <w:sz w:val="24"/>
          <w:szCs w:val="24"/>
        </w:rPr>
        <w:t>28</w:t>
      </w:r>
      <w:r w:rsidRPr="00E15DBC">
        <w:rPr>
          <w:sz w:val="24"/>
          <w:szCs w:val="24"/>
        </w:rPr>
        <w:t>._____________________________________________________________________________________________________________________</w:t>
      </w:r>
    </w:p>
    <w:p w14:paraId="2FCADC07" w14:textId="77777777" w:rsidR="00E15DBC" w:rsidRDefault="00E15DBC">
      <w:pPr>
        <w:spacing w:after="40" w:line="240" w:lineRule="auto"/>
        <w:rPr>
          <w:sz w:val="24"/>
          <w:szCs w:val="24"/>
        </w:rPr>
      </w:pPr>
    </w:p>
    <w:sectPr w:rsidR="00E15DBC" w:rsidSect="00034616">
      <w:pgSz w:w="15840" w:h="12240" w:orient="landscape"/>
      <w:pgMar w:top="504" w:right="720" w:bottom="50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5834160">
    <w:abstractNumId w:val="8"/>
  </w:num>
  <w:num w:numId="2" w16cid:durableId="364713432">
    <w:abstractNumId w:val="6"/>
  </w:num>
  <w:num w:numId="3" w16cid:durableId="1680618116">
    <w:abstractNumId w:val="5"/>
  </w:num>
  <w:num w:numId="4" w16cid:durableId="1983341459">
    <w:abstractNumId w:val="4"/>
  </w:num>
  <w:num w:numId="5" w16cid:durableId="1923484682">
    <w:abstractNumId w:val="7"/>
  </w:num>
  <w:num w:numId="6" w16cid:durableId="1108309801">
    <w:abstractNumId w:val="3"/>
  </w:num>
  <w:num w:numId="7" w16cid:durableId="511648069">
    <w:abstractNumId w:val="2"/>
  </w:num>
  <w:num w:numId="8" w16cid:durableId="1487895584">
    <w:abstractNumId w:val="1"/>
  </w:num>
  <w:num w:numId="9" w16cid:durableId="117803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966E7"/>
    <w:rsid w:val="00AA1D8D"/>
    <w:rsid w:val="00B47730"/>
    <w:rsid w:val="00B60967"/>
    <w:rsid w:val="00CB0664"/>
    <w:rsid w:val="00E15D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3E8BFD"/>
  <w14:defaultImageDpi w14:val="300"/>
  <w15:docId w15:val="{E4150D01-6AB6-485B-A1DF-2D5CCA6B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Kelly</cp:lastModifiedBy>
  <cp:revision>2</cp:revision>
  <dcterms:created xsi:type="dcterms:W3CDTF">2026-07-03T07:29:00Z</dcterms:created>
  <dcterms:modified xsi:type="dcterms:W3CDTF">2026-07-03T07:29:00Z</dcterms:modified>
  <cp:category/>
</cp:coreProperties>
</file>